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F5B6E" w14:textId="77777777" w:rsidR="00E33B78" w:rsidRPr="00673904" w:rsidRDefault="00673904">
      <w:pPr>
        <w:jc w:val="center"/>
        <w:rPr>
          <w:lang w:val="ru-RU"/>
        </w:rPr>
      </w:pPr>
      <w:r w:rsidRPr="00673904">
        <w:rPr>
          <w:b/>
          <w:color w:val="1F3B57"/>
          <w:sz w:val="32"/>
          <w:lang w:val="ru-RU"/>
        </w:rPr>
        <w:t xml:space="preserve">Списък на допустимите общини по процедура </w:t>
      </w:r>
      <w:r>
        <w:rPr>
          <w:b/>
          <w:color w:val="1F3B57"/>
          <w:sz w:val="32"/>
        </w:rPr>
        <w:t>BG</w:t>
      </w:r>
      <w:r w:rsidRPr="00673904">
        <w:rPr>
          <w:b/>
          <w:color w:val="1F3B57"/>
          <w:sz w:val="32"/>
          <w:lang w:val="ru-RU"/>
        </w:rPr>
        <w:t>16</w:t>
      </w:r>
      <w:r>
        <w:rPr>
          <w:b/>
          <w:color w:val="1F3B57"/>
          <w:sz w:val="32"/>
        </w:rPr>
        <w:t>RFPR</w:t>
      </w:r>
      <w:r w:rsidRPr="00673904">
        <w:rPr>
          <w:b/>
          <w:color w:val="1F3B57"/>
          <w:sz w:val="32"/>
          <w:lang w:val="ru-RU"/>
        </w:rPr>
        <w:t>001-1.011</w:t>
      </w:r>
    </w:p>
    <w:p w14:paraId="331330CD" w14:textId="77777777" w:rsidR="00E33B78" w:rsidRPr="00673904" w:rsidRDefault="00673904">
      <w:pPr>
        <w:jc w:val="center"/>
        <w:rPr>
          <w:lang w:val="ru-RU"/>
        </w:rPr>
      </w:pPr>
      <w:r w:rsidRPr="00673904">
        <w:rPr>
          <w:i/>
          <w:color w:val="555555"/>
          <w:sz w:val="22"/>
          <w:lang w:val="ru-RU"/>
        </w:rPr>
        <w:t>Общо 98 допустими общини на територията на 51-те МИГ, подредени по азбучен ред</w:t>
      </w:r>
    </w:p>
    <w:p w14:paraId="0243F7E7" w14:textId="77777777" w:rsidR="00E33B78" w:rsidRPr="00673904" w:rsidRDefault="00673904">
      <w:pPr>
        <w:rPr>
          <w:lang w:val="ru-RU"/>
        </w:rPr>
      </w:pPr>
      <w:r w:rsidRPr="00673904">
        <w:rPr>
          <w:i/>
          <w:color w:val="666666"/>
          <w:sz w:val="18"/>
          <w:lang w:val="ru-RU"/>
        </w:rPr>
        <w:t>Зелено маркираните общини са тези, в които МИКРОпредприятията са допустими кандидати (съгласно Приложение 14, Таблица 2 към Условията за кандидатстване) — но само в конкретно изброените населени места от съответната община (вижте Документ 2 за пълния списък на населените места). В останалите (немаркирани) общини допустими кандидати са само малки и средни предприятия — микропредприятия НЕ могат да кандидатстват, дори да имат седалище и дейност там.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384"/>
        <w:gridCol w:w="2126"/>
        <w:gridCol w:w="4427"/>
        <w:gridCol w:w="1417"/>
      </w:tblGrid>
      <w:tr w:rsidR="00E33B78" w14:paraId="4064291B" w14:textId="77777777" w:rsidTr="00673904">
        <w:trPr>
          <w:tblHeader/>
        </w:trPr>
        <w:tc>
          <w:tcPr>
            <w:tcW w:w="567" w:type="dxa"/>
            <w:shd w:val="clear" w:color="auto" w:fill="1F3B57"/>
          </w:tcPr>
          <w:p w14:paraId="0489FAB7" w14:textId="77777777" w:rsidR="00E33B78" w:rsidRDefault="00673904">
            <w:r>
              <w:rPr>
                <w:b/>
                <w:color w:val="FFFFFF"/>
                <w:sz w:val="19"/>
              </w:rPr>
              <w:t>№</w:t>
            </w:r>
          </w:p>
        </w:tc>
        <w:tc>
          <w:tcPr>
            <w:tcW w:w="1384" w:type="dxa"/>
            <w:shd w:val="clear" w:color="auto" w:fill="1F3B57"/>
          </w:tcPr>
          <w:p w14:paraId="3C63EEE3" w14:textId="77777777" w:rsidR="00E33B78" w:rsidRDefault="00673904">
            <w:proofErr w:type="spellStart"/>
            <w:r>
              <w:rPr>
                <w:b/>
                <w:color w:val="FFFFFF"/>
                <w:sz w:val="19"/>
              </w:rPr>
              <w:t>Община</w:t>
            </w:r>
            <w:proofErr w:type="spellEnd"/>
          </w:p>
        </w:tc>
        <w:tc>
          <w:tcPr>
            <w:tcW w:w="2126" w:type="dxa"/>
            <w:shd w:val="clear" w:color="auto" w:fill="1F3B57"/>
          </w:tcPr>
          <w:p w14:paraId="60D051F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color w:val="FFFFFF"/>
                <w:sz w:val="19"/>
                <w:lang w:val="ru-RU"/>
              </w:rPr>
              <w:t>МИГ, в чиято територия попада</w:t>
            </w:r>
          </w:p>
        </w:tc>
        <w:tc>
          <w:tcPr>
            <w:tcW w:w="4427" w:type="dxa"/>
            <w:shd w:val="clear" w:color="auto" w:fill="1F3B57"/>
          </w:tcPr>
          <w:p w14:paraId="32E58E02" w14:textId="77777777" w:rsidR="00E33B78" w:rsidRDefault="00673904">
            <w:proofErr w:type="spellStart"/>
            <w:r>
              <w:rPr>
                <w:b/>
                <w:color w:val="FFFFFF"/>
                <w:sz w:val="19"/>
              </w:rPr>
              <w:t>Регион</w:t>
            </w:r>
            <w:proofErr w:type="spellEnd"/>
          </w:p>
        </w:tc>
        <w:tc>
          <w:tcPr>
            <w:tcW w:w="1417" w:type="dxa"/>
            <w:shd w:val="clear" w:color="auto" w:fill="1F3B57"/>
          </w:tcPr>
          <w:p w14:paraId="2B85A052" w14:textId="77777777" w:rsidR="00E33B78" w:rsidRDefault="00673904">
            <w:proofErr w:type="spellStart"/>
            <w:r>
              <w:rPr>
                <w:b/>
                <w:color w:val="FFFFFF"/>
                <w:sz w:val="19"/>
              </w:rPr>
              <w:t>Допустимост</w:t>
            </w:r>
            <w:proofErr w:type="spellEnd"/>
            <w:r>
              <w:rPr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на</w:t>
            </w:r>
            <w:proofErr w:type="spellEnd"/>
            <w:r>
              <w:rPr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микропредприятия</w:t>
            </w:r>
            <w:proofErr w:type="spellEnd"/>
          </w:p>
        </w:tc>
      </w:tr>
      <w:tr w:rsidR="00E33B78" w14:paraId="2883BC4B" w14:textId="77777777" w:rsidTr="00673904">
        <w:tc>
          <w:tcPr>
            <w:tcW w:w="567" w:type="dxa"/>
          </w:tcPr>
          <w:p w14:paraId="5D89B6F1" w14:textId="77777777" w:rsidR="00E33B78" w:rsidRDefault="00673904">
            <w:r>
              <w:rPr>
                <w:sz w:val="17"/>
              </w:rPr>
              <w:t>1</w:t>
            </w:r>
          </w:p>
        </w:tc>
        <w:tc>
          <w:tcPr>
            <w:tcW w:w="1384" w:type="dxa"/>
          </w:tcPr>
          <w:p w14:paraId="073C15FE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Аврен</w:t>
            </w:r>
            <w:proofErr w:type="spellEnd"/>
          </w:p>
        </w:tc>
        <w:tc>
          <w:tcPr>
            <w:tcW w:w="2126" w:type="dxa"/>
          </w:tcPr>
          <w:p w14:paraId="27246DF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АВРЕН-ВАРНА</w:t>
            </w:r>
          </w:p>
        </w:tc>
        <w:tc>
          <w:tcPr>
            <w:tcW w:w="4427" w:type="dxa"/>
          </w:tcPr>
          <w:p w14:paraId="3B9B7B8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6DE482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4590C50D" w14:textId="77777777" w:rsidTr="00673904">
        <w:tc>
          <w:tcPr>
            <w:tcW w:w="567" w:type="dxa"/>
            <w:shd w:val="clear" w:color="auto" w:fill="F2F2F2"/>
          </w:tcPr>
          <w:p w14:paraId="60DB49D5" w14:textId="77777777" w:rsidR="00E33B78" w:rsidRDefault="00673904">
            <w:r>
              <w:rPr>
                <w:sz w:val="17"/>
              </w:rPr>
              <w:t>2</w:t>
            </w:r>
          </w:p>
        </w:tc>
        <w:tc>
          <w:tcPr>
            <w:tcW w:w="1384" w:type="dxa"/>
            <w:shd w:val="clear" w:color="auto" w:fill="F2F2F2"/>
          </w:tcPr>
          <w:p w14:paraId="57AC603F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Айтос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0AF531FF" w14:textId="77777777" w:rsidR="00E33B78" w:rsidRDefault="00673904">
            <w:r>
              <w:rPr>
                <w:sz w:val="17"/>
              </w:rPr>
              <w:t>„МЕСТНА ИНИЦИАТИВНА ГРУПА – АЙТОС</w:t>
            </w:r>
          </w:p>
        </w:tc>
        <w:tc>
          <w:tcPr>
            <w:tcW w:w="4427" w:type="dxa"/>
            <w:shd w:val="clear" w:color="auto" w:fill="F2F2F2"/>
          </w:tcPr>
          <w:p w14:paraId="7B8BC6B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3C528A4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1229BEB" w14:textId="77777777" w:rsidTr="00673904">
        <w:tc>
          <w:tcPr>
            <w:tcW w:w="567" w:type="dxa"/>
          </w:tcPr>
          <w:p w14:paraId="5DE46115" w14:textId="77777777" w:rsidR="00E33B78" w:rsidRDefault="00673904">
            <w:r>
              <w:rPr>
                <w:sz w:val="17"/>
              </w:rPr>
              <w:t>3</w:t>
            </w:r>
          </w:p>
        </w:tc>
        <w:tc>
          <w:tcPr>
            <w:tcW w:w="1384" w:type="dxa"/>
          </w:tcPr>
          <w:p w14:paraId="1D6D48E9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Аксаково</w:t>
            </w:r>
            <w:proofErr w:type="spellEnd"/>
          </w:p>
        </w:tc>
        <w:tc>
          <w:tcPr>
            <w:tcW w:w="2126" w:type="dxa"/>
          </w:tcPr>
          <w:p w14:paraId="0492C3CD" w14:textId="77777777" w:rsidR="00E33B78" w:rsidRDefault="00673904">
            <w:r>
              <w:rPr>
                <w:sz w:val="17"/>
              </w:rPr>
              <w:t>МЕСТНА ИНИЦИАТИВНА ГРУПА АКСАКОВО</w:t>
            </w:r>
          </w:p>
        </w:tc>
        <w:tc>
          <w:tcPr>
            <w:tcW w:w="4427" w:type="dxa"/>
          </w:tcPr>
          <w:p w14:paraId="0D6E48F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AF12B9A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962B713" w14:textId="77777777" w:rsidTr="00673904">
        <w:tc>
          <w:tcPr>
            <w:tcW w:w="567" w:type="dxa"/>
            <w:shd w:val="clear" w:color="auto" w:fill="F2F2F2"/>
          </w:tcPr>
          <w:p w14:paraId="57C47291" w14:textId="77777777" w:rsidR="00E33B78" w:rsidRDefault="00673904">
            <w:r>
              <w:rPr>
                <w:sz w:val="17"/>
              </w:rPr>
              <w:t>4</w:t>
            </w:r>
          </w:p>
        </w:tc>
        <w:tc>
          <w:tcPr>
            <w:tcW w:w="1384" w:type="dxa"/>
            <w:shd w:val="clear" w:color="auto" w:fill="F2F2F2"/>
          </w:tcPr>
          <w:p w14:paraId="266C099B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Антоново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19B94C7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– ОБЩИНИ АНТОНОВО - ОМУРТАГ</w:t>
            </w:r>
          </w:p>
        </w:tc>
        <w:tc>
          <w:tcPr>
            <w:tcW w:w="4427" w:type="dxa"/>
            <w:shd w:val="clear" w:color="auto" w:fill="F2F2F2"/>
          </w:tcPr>
          <w:p w14:paraId="74B80E5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540AB230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45956FE3" w14:textId="77777777" w:rsidTr="00673904">
        <w:tc>
          <w:tcPr>
            <w:tcW w:w="567" w:type="dxa"/>
          </w:tcPr>
          <w:p w14:paraId="1B16335D" w14:textId="77777777" w:rsidR="00E33B78" w:rsidRDefault="00673904">
            <w:r>
              <w:rPr>
                <w:sz w:val="17"/>
              </w:rPr>
              <w:t>5</w:t>
            </w:r>
          </w:p>
        </w:tc>
        <w:tc>
          <w:tcPr>
            <w:tcW w:w="1384" w:type="dxa"/>
          </w:tcPr>
          <w:p w14:paraId="3DBD39FF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Априлци</w:t>
            </w:r>
            <w:proofErr w:type="spellEnd"/>
          </w:p>
        </w:tc>
        <w:tc>
          <w:tcPr>
            <w:tcW w:w="2126" w:type="dxa"/>
          </w:tcPr>
          <w:p w14:paraId="1F66C2D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 ТРОЯН, АПРИЛЦИ И УГЪРЧИН</w:t>
            </w:r>
          </w:p>
        </w:tc>
        <w:tc>
          <w:tcPr>
            <w:tcW w:w="4427" w:type="dxa"/>
          </w:tcPr>
          <w:p w14:paraId="444E0F8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01B6317E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62082E3" w14:textId="77777777" w:rsidTr="00673904">
        <w:tc>
          <w:tcPr>
            <w:tcW w:w="567" w:type="dxa"/>
            <w:shd w:val="clear" w:color="auto" w:fill="F2F2F2"/>
          </w:tcPr>
          <w:p w14:paraId="10F22B64" w14:textId="77777777" w:rsidR="00E33B78" w:rsidRDefault="00673904">
            <w:r>
              <w:rPr>
                <w:sz w:val="17"/>
              </w:rPr>
              <w:t>6</w:t>
            </w:r>
          </w:p>
        </w:tc>
        <w:tc>
          <w:tcPr>
            <w:tcW w:w="1384" w:type="dxa"/>
            <w:shd w:val="clear" w:color="auto" w:fill="F2F2F2"/>
          </w:tcPr>
          <w:p w14:paraId="3577503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Ардино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3D4DA40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АРДИНО- НЕДЕЛИНО</w:t>
            </w:r>
          </w:p>
        </w:tc>
        <w:tc>
          <w:tcPr>
            <w:tcW w:w="4427" w:type="dxa"/>
            <w:shd w:val="clear" w:color="auto" w:fill="F2F2F2"/>
          </w:tcPr>
          <w:p w14:paraId="669B5E8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7186A979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04C4843" w14:textId="77777777" w:rsidTr="00673904">
        <w:tc>
          <w:tcPr>
            <w:tcW w:w="567" w:type="dxa"/>
          </w:tcPr>
          <w:p w14:paraId="384A2917" w14:textId="77777777" w:rsidR="00E33B78" w:rsidRDefault="00673904">
            <w:r>
              <w:rPr>
                <w:sz w:val="17"/>
              </w:rPr>
              <w:t>7</w:t>
            </w:r>
          </w:p>
        </w:tc>
        <w:tc>
          <w:tcPr>
            <w:tcW w:w="1384" w:type="dxa"/>
          </w:tcPr>
          <w:p w14:paraId="10171D0B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Балчик</w:t>
            </w:r>
            <w:proofErr w:type="spellEnd"/>
          </w:p>
        </w:tc>
        <w:tc>
          <w:tcPr>
            <w:tcW w:w="2126" w:type="dxa"/>
          </w:tcPr>
          <w:p w14:paraId="61C1DF9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БАЛЧИК - ГЕНЕРАЛ ТОШЕВО</w:t>
            </w:r>
          </w:p>
        </w:tc>
        <w:tc>
          <w:tcPr>
            <w:tcW w:w="4427" w:type="dxa"/>
          </w:tcPr>
          <w:p w14:paraId="65ACD28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3215FB09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C9467B1" w14:textId="77777777" w:rsidTr="00673904">
        <w:tc>
          <w:tcPr>
            <w:tcW w:w="567" w:type="dxa"/>
            <w:shd w:val="clear" w:color="auto" w:fill="F2F2F2"/>
          </w:tcPr>
          <w:p w14:paraId="597CEA76" w14:textId="77777777" w:rsidR="00E33B78" w:rsidRDefault="00673904">
            <w:r>
              <w:rPr>
                <w:sz w:val="17"/>
              </w:rPr>
              <w:t>8</w:t>
            </w:r>
          </w:p>
        </w:tc>
        <w:tc>
          <w:tcPr>
            <w:tcW w:w="1384" w:type="dxa"/>
            <w:shd w:val="clear" w:color="auto" w:fill="F2F2F2"/>
          </w:tcPr>
          <w:p w14:paraId="283B8C95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Белене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0F8CF03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БЕЛЕНЕ – НИКОПОЛ</w:t>
            </w:r>
          </w:p>
        </w:tc>
        <w:tc>
          <w:tcPr>
            <w:tcW w:w="4427" w:type="dxa"/>
            <w:shd w:val="clear" w:color="auto" w:fill="F2F2F2"/>
          </w:tcPr>
          <w:p w14:paraId="2CE76D4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45572E34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434AF4D" w14:textId="77777777" w:rsidTr="00673904">
        <w:tc>
          <w:tcPr>
            <w:tcW w:w="567" w:type="dxa"/>
          </w:tcPr>
          <w:p w14:paraId="245AD33C" w14:textId="77777777" w:rsidR="00E33B78" w:rsidRDefault="00673904">
            <w:r>
              <w:rPr>
                <w:sz w:val="17"/>
              </w:rPr>
              <w:t>9</w:t>
            </w:r>
          </w:p>
        </w:tc>
        <w:tc>
          <w:tcPr>
            <w:tcW w:w="1384" w:type="dxa"/>
          </w:tcPr>
          <w:p w14:paraId="4B6667C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Бобошево</w:t>
            </w:r>
            <w:proofErr w:type="spellEnd"/>
          </w:p>
        </w:tc>
        <w:tc>
          <w:tcPr>
            <w:tcW w:w="2126" w:type="dxa"/>
          </w:tcPr>
          <w:p w14:paraId="32A84C5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НЕВЕСТИНО - КЮСТЕНДИЛ- ТРЕКЛЯНО - БОБОШЕВО - КОЧЕРИНОВО - РИЛА</w:t>
            </w:r>
          </w:p>
        </w:tc>
        <w:tc>
          <w:tcPr>
            <w:tcW w:w="4427" w:type="dxa"/>
          </w:tcPr>
          <w:p w14:paraId="7D852933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</w:tcPr>
          <w:p w14:paraId="788A7EF0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F98C43F" w14:textId="77777777" w:rsidTr="00673904">
        <w:tc>
          <w:tcPr>
            <w:tcW w:w="567" w:type="dxa"/>
            <w:shd w:val="clear" w:color="auto" w:fill="F2F2F2"/>
          </w:tcPr>
          <w:p w14:paraId="24360F64" w14:textId="77777777" w:rsidR="00E33B78" w:rsidRDefault="00673904">
            <w:r>
              <w:rPr>
                <w:sz w:val="17"/>
              </w:rPr>
              <w:t>10</w:t>
            </w:r>
          </w:p>
        </w:tc>
        <w:tc>
          <w:tcPr>
            <w:tcW w:w="1384" w:type="dxa"/>
            <w:shd w:val="clear" w:color="auto" w:fill="F2F2F2"/>
          </w:tcPr>
          <w:p w14:paraId="48F930E4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Бойчиновци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1AD5723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„КРИВОДОЛ- БОЙЧИНОВЦИ</w:t>
            </w:r>
          </w:p>
        </w:tc>
        <w:tc>
          <w:tcPr>
            <w:tcW w:w="4427" w:type="dxa"/>
            <w:shd w:val="clear" w:color="auto" w:fill="F2F2F2"/>
          </w:tcPr>
          <w:p w14:paraId="098ABA1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2A10BFB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B5274FE" w14:textId="77777777" w:rsidTr="00673904">
        <w:tc>
          <w:tcPr>
            <w:tcW w:w="567" w:type="dxa"/>
          </w:tcPr>
          <w:p w14:paraId="02AD9821" w14:textId="77777777" w:rsidR="00E33B78" w:rsidRDefault="00673904">
            <w:r>
              <w:rPr>
                <w:sz w:val="17"/>
              </w:rPr>
              <w:t>11</w:t>
            </w:r>
          </w:p>
        </w:tc>
        <w:tc>
          <w:tcPr>
            <w:tcW w:w="1384" w:type="dxa"/>
          </w:tcPr>
          <w:p w14:paraId="58B1EB66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Болярово</w:t>
            </w:r>
            <w:proofErr w:type="spellEnd"/>
          </w:p>
        </w:tc>
        <w:tc>
          <w:tcPr>
            <w:tcW w:w="2126" w:type="dxa"/>
          </w:tcPr>
          <w:p w14:paraId="3CA097D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- ЕЛХОВО - БОЛЯРОВО</w:t>
            </w:r>
          </w:p>
        </w:tc>
        <w:tc>
          <w:tcPr>
            <w:tcW w:w="4427" w:type="dxa"/>
          </w:tcPr>
          <w:p w14:paraId="77EE50F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0CA544F0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04214E0" w14:textId="77777777" w:rsidTr="00673904">
        <w:tc>
          <w:tcPr>
            <w:tcW w:w="567" w:type="dxa"/>
            <w:shd w:val="clear" w:color="auto" w:fill="F2F2F2"/>
          </w:tcPr>
          <w:p w14:paraId="655F0AE3" w14:textId="77777777" w:rsidR="00E33B78" w:rsidRDefault="00673904">
            <w:r>
              <w:rPr>
                <w:sz w:val="17"/>
              </w:rPr>
              <w:t>12</w:t>
            </w:r>
          </w:p>
        </w:tc>
        <w:tc>
          <w:tcPr>
            <w:tcW w:w="1384" w:type="dxa"/>
            <w:shd w:val="clear" w:color="auto" w:fill="F2F2F2"/>
          </w:tcPr>
          <w:p w14:paraId="0A31A5C6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Ботевград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2DB14159" w14:textId="77777777" w:rsidR="00E33B78" w:rsidRDefault="00673904">
            <w:r>
              <w:rPr>
                <w:sz w:val="17"/>
              </w:rPr>
              <w:t>МЕСТНА ИНИЦИАТИВНА ГРУПА БОТЕВГРАД</w:t>
            </w:r>
          </w:p>
        </w:tc>
        <w:tc>
          <w:tcPr>
            <w:tcW w:w="4427" w:type="dxa"/>
            <w:shd w:val="clear" w:color="auto" w:fill="F2F2F2"/>
          </w:tcPr>
          <w:p w14:paraId="0424B174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0EB85283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854CBE7" w14:textId="77777777" w:rsidTr="00673904">
        <w:tc>
          <w:tcPr>
            <w:tcW w:w="567" w:type="dxa"/>
          </w:tcPr>
          <w:p w14:paraId="1227B270" w14:textId="77777777" w:rsidR="00E33B78" w:rsidRDefault="00673904">
            <w:r>
              <w:rPr>
                <w:sz w:val="17"/>
              </w:rPr>
              <w:t>13</w:t>
            </w:r>
          </w:p>
        </w:tc>
        <w:tc>
          <w:tcPr>
            <w:tcW w:w="1384" w:type="dxa"/>
          </w:tcPr>
          <w:p w14:paraId="17F53D1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Брацигово</w:t>
            </w:r>
            <w:proofErr w:type="spellEnd"/>
          </w:p>
        </w:tc>
        <w:tc>
          <w:tcPr>
            <w:tcW w:w="2126" w:type="dxa"/>
          </w:tcPr>
          <w:p w14:paraId="3635835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- ПЕЩЕРА – БРАЦИГОВО</w:t>
            </w:r>
          </w:p>
        </w:tc>
        <w:tc>
          <w:tcPr>
            <w:tcW w:w="4427" w:type="dxa"/>
          </w:tcPr>
          <w:p w14:paraId="3DFD186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319DA878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DBD13D0" w14:textId="77777777" w:rsidTr="00673904">
        <w:tc>
          <w:tcPr>
            <w:tcW w:w="567" w:type="dxa"/>
            <w:shd w:val="clear" w:color="auto" w:fill="F2F2F2"/>
          </w:tcPr>
          <w:p w14:paraId="381F1B42" w14:textId="77777777" w:rsidR="00E33B78" w:rsidRDefault="00673904">
            <w:r>
              <w:rPr>
                <w:sz w:val="17"/>
              </w:rPr>
              <w:t>14</w:t>
            </w:r>
          </w:p>
        </w:tc>
        <w:tc>
          <w:tcPr>
            <w:tcW w:w="1384" w:type="dxa"/>
            <w:shd w:val="clear" w:color="auto" w:fill="F2F2F2"/>
          </w:tcPr>
          <w:p w14:paraId="1C65919D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Брезник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7F8FF75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СЛИВНИЦА – БРЕЗНИК</w:t>
            </w:r>
          </w:p>
        </w:tc>
        <w:tc>
          <w:tcPr>
            <w:tcW w:w="4427" w:type="dxa"/>
            <w:shd w:val="clear" w:color="auto" w:fill="F2F2F2"/>
          </w:tcPr>
          <w:p w14:paraId="510FE2F9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698350BB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5200806" w14:textId="77777777" w:rsidTr="00673904">
        <w:tc>
          <w:tcPr>
            <w:tcW w:w="567" w:type="dxa"/>
          </w:tcPr>
          <w:p w14:paraId="09ADF266" w14:textId="77777777" w:rsidR="00E33B78" w:rsidRDefault="00673904">
            <w:r>
              <w:rPr>
                <w:sz w:val="17"/>
              </w:rPr>
              <w:t>15</w:t>
            </w:r>
          </w:p>
        </w:tc>
        <w:tc>
          <w:tcPr>
            <w:tcW w:w="1384" w:type="dxa"/>
          </w:tcPr>
          <w:p w14:paraId="7138F2D1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Бяла</w:t>
            </w:r>
            <w:proofErr w:type="spellEnd"/>
          </w:p>
        </w:tc>
        <w:tc>
          <w:tcPr>
            <w:tcW w:w="2126" w:type="dxa"/>
          </w:tcPr>
          <w:p w14:paraId="30C82BD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ДОЛНИ ЧИФЛИК И БЯЛА</w:t>
            </w:r>
          </w:p>
        </w:tc>
        <w:tc>
          <w:tcPr>
            <w:tcW w:w="4427" w:type="dxa"/>
          </w:tcPr>
          <w:p w14:paraId="0A47CBE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7F651D3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049D058" w14:textId="77777777" w:rsidTr="00673904">
        <w:tc>
          <w:tcPr>
            <w:tcW w:w="567" w:type="dxa"/>
            <w:shd w:val="clear" w:color="auto" w:fill="F2F2F2"/>
          </w:tcPr>
          <w:p w14:paraId="18E0BE0D" w14:textId="77777777" w:rsidR="00E33B78" w:rsidRDefault="00673904">
            <w:r>
              <w:rPr>
                <w:sz w:val="17"/>
              </w:rPr>
              <w:lastRenderedPageBreak/>
              <w:t>16</w:t>
            </w:r>
          </w:p>
        </w:tc>
        <w:tc>
          <w:tcPr>
            <w:tcW w:w="1384" w:type="dxa"/>
            <w:shd w:val="clear" w:color="auto" w:fill="F2F2F2"/>
          </w:tcPr>
          <w:p w14:paraId="00E7B37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Бяла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Слатина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3DCC5A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БЯЛА СЛАТИНА</w:t>
            </w:r>
          </w:p>
        </w:tc>
        <w:tc>
          <w:tcPr>
            <w:tcW w:w="4427" w:type="dxa"/>
            <w:shd w:val="clear" w:color="auto" w:fill="F2F2F2"/>
          </w:tcPr>
          <w:p w14:paraId="5797875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6B2EDFBA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:rsidRPr="00B06560" w14:paraId="4FDAD16C" w14:textId="77777777" w:rsidTr="00673904">
        <w:tc>
          <w:tcPr>
            <w:tcW w:w="567" w:type="dxa"/>
            <w:shd w:val="clear" w:color="auto" w:fill="DFF3E3"/>
          </w:tcPr>
          <w:p w14:paraId="2ACA777E" w14:textId="77777777" w:rsidR="00E33B78" w:rsidRDefault="00673904">
            <w:r>
              <w:rPr>
                <w:sz w:val="17"/>
              </w:rPr>
              <w:t>17</w:t>
            </w:r>
          </w:p>
        </w:tc>
        <w:tc>
          <w:tcPr>
            <w:tcW w:w="1384" w:type="dxa"/>
            <w:shd w:val="clear" w:color="auto" w:fill="DFF3E3"/>
          </w:tcPr>
          <w:p w14:paraId="3456E71B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Варна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04ECBFD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АВРЕН-ВАРНА</w:t>
            </w:r>
          </w:p>
        </w:tc>
        <w:tc>
          <w:tcPr>
            <w:tcW w:w="4427" w:type="dxa"/>
            <w:shd w:val="clear" w:color="auto" w:fill="DFF3E3"/>
          </w:tcPr>
          <w:p w14:paraId="09895EF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DFF3E3"/>
          </w:tcPr>
          <w:p w14:paraId="760C45B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14:paraId="29384522" w14:textId="77777777" w:rsidTr="00673904">
        <w:tc>
          <w:tcPr>
            <w:tcW w:w="567" w:type="dxa"/>
            <w:shd w:val="clear" w:color="auto" w:fill="F2F2F2"/>
          </w:tcPr>
          <w:p w14:paraId="18A0FD92" w14:textId="77777777" w:rsidR="00E33B78" w:rsidRDefault="00673904">
            <w:r>
              <w:rPr>
                <w:sz w:val="17"/>
              </w:rPr>
              <w:t>18</w:t>
            </w:r>
          </w:p>
        </w:tc>
        <w:tc>
          <w:tcPr>
            <w:tcW w:w="1384" w:type="dxa"/>
            <w:shd w:val="clear" w:color="auto" w:fill="F2F2F2"/>
          </w:tcPr>
          <w:p w14:paraId="732C7BA4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Върбица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0C9025D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КОТЕЛ, СЛИВЕН И ВЪРБИЦА</w:t>
            </w:r>
          </w:p>
        </w:tc>
        <w:tc>
          <w:tcPr>
            <w:tcW w:w="4427" w:type="dxa"/>
            <w:shd w:val="clear" w:color="auto" w:fill="F2F2F2"/>
          </w:tcPr>
          <w:p w14:paraId="1109365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2975D9FB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D5300B6" w14:textId="77777777" w:rsidTr="00673904">
        <w:tc>
          <w:tcPr>
            <w:tcW w:w="567" w:type="dxa"/>
          </w:tcPr>
          <w:p w14:paraId="6EC0DFBF" w14:textId="77777777" w:rsidR="00E33B78" w:rsidRDefault="00673904">
            <w:r>
              <w:rPr>
                <w:sz w:val="17"/>
              </w:rPr>
              <w:t>19</w:t>
            </w:r>
          </w:p>
        </w:tc>
        <w:tc>
          <w:tcPr>
            <w:tcW w:w="1384" w:type="dxa"/>
          </w:tcPr>
          <w:p w14:paraId="78549DA4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Генерал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Тошево</w:t>
            </w:r>
            <w:proofErr w:type="spellEnd"/>
          </w:p>
        </w:tc>
        <w:tc>
          <w:tcPr>
            <w:tcW w:w="2126" w:type="dxa"/>
          </w:tcPr>
          <w:p w14:paraId="6130952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БАЛЧИК - ГЕНЕРАЛ ТОШЕВО</w:t>
            </w:r>
          </w:p>
        </w:tc>
        <w:tc>
          <w:tcPr>
            <w:tcW w:w="4427" w:type="dxa"/>
          </w:tcPr>
          <w:p w14:paraId="1FD6439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79EBFCE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85A29E9" w14:textId="77777777" w:rsidTr="00673904">
        <w:tc>
          <w:tcPr>
            <w:tcW w:w="567" w:type="dxa"/>
            <w:shd w:val="clear" w:color="auto" w:fill="F2F2F2"/>
          </w:tcPr>
          <w:p w14:paraId="244F469F" w14:textId="77777777" w:rsidR="00E33B78" w:rsidRDefault="00673904">
            <w:r>
              <w:rPr>
                <w:sz w:val="17"/>
              </w:rPr>
              <w:t>20</w:t>
            </w:r>
          </w:p>
        </w:tc>
        <w:tc>
          <w:tcPr>
            <w:tcW w:w="1384" w:type="dxa"/>
            <w:shd w:val="clear" w:color="auto" w:fill="F2F2F2"/>
          </w:tcPr>
          <w:p w14:paraId="10550906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Горна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Малина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2947D4B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ЕЛИН ПЕЛИН – ГОРНА МАЛИНА</w:t>
            </w:r>
          </w:p>
        </w:tc>
        <w:tc>
          <w:tcPr>
            <w:tcW w:w="4427" w:type="dxa"/>
            <w:shd w:val="clear" w:color="auto" w:fill="F2F2F2"/>
          </w:tcPr>
          <w:p w14:paraId="43B755E7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6B676352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777ABC1" w14:textId="77777777" w:rsidTr="00673904">
        <w:tc>
          <w:tcPr>
            <w:tcW w:w="567" w:type="dxa"/>
          </w:tcPr>
          <w:p w14:paraId="3606C9DA" w14:textId="77777777" w:rsidR="00E33B78" w:rsidRDefault="00673904">
            <w:r>
              <w:rPr>
                <w:sz w:val="17"/>
              </w:rPr>
              <w:t>21</w:t>
            </w:r>
          </w:p>
        </w:tc>
        <w:tc>
          <w:tcPr>
            <w:tcW w:w="1384" w:type="dxa"/>
          </w:tcPr>
          <w:p w14:paraId="3D7A93ED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Горна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Оряховица</w:t>
            </w:r>
            <w:proofErr w:type="spellEnd"/>
          </w:p>
        </w:tc>
        <w:tc>
          <w:tcPr>
            <w:tcW w:w="2126" w:type="dxa"/>
          </w:tcPr>
          <w:p w14:paraId="2289BBD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ГОРНА ОРЯХОВИЦА</w:t>
            </w:r>
          </w:p>
        </w:tc>
        <w:tc>
          <w:tcPr>
            <w:tcW w:w="4427" w:type="dxa"/>
          </w:tcPr>
          <w:p w14:paraId="18F92C8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2A2D508B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FBE5856" w14:textId="77777777" w:rsidTr="00673904">
        <w:tc>
          <w:tcPr>
            <w:tcW w:w="567" w:type="dxa"/>
            <w:shd w:val="clear" w:color="auto" w:fill="F2F2F2"/>
          </w:tcPr>
          <w:p w14:paraId="3504DAFD" w14:textId="77777777" w:rsidR="00E33B78" w:rsidRDefault="00673904">
            <w:r>
              <w:rPr>
                <w:sz w:val="17"/>
              </w:rPr>
              <w:t>22</w:t>
            </w:r>
          </w:p>
        </w:tc>
        <w:tc>
          <w:tcPr>
            <w:tcW w:w="1384" w:type="dxa"/>
            <w:shd w:val="clear" w:color="auto" w:fill="F2F2F2"/>
          </w:tcPr>
          <w:p w14:paraId="1651E784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Гоце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Делчев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F2B70F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- ГОЦЕ ДЕЛЧЕВ – ГЪРМЕН - ХАДЖИДИМОВО</w:t>
            </w:r>
          </w:p>
        </w:tc>
        <w:tc>
          <w:tcPr>
            <w:tcW w:w="4427" w:type="dxa"/>
            <w:shd w:val="clear" w:color="auto" w:fill="F2F2F2"/>
          </w:tcPr>
          <w:p w14:paraId="209AA966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686181D3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26A476B" w14:textId="77777777" w:rsidTr="00673904">
        <w:tc>
          <w:tcPr>
            <w:tcW w:w="567" w:type="dxa"/>
          </w:tcPr>
          <w:p w14:paraId="444FCF88" w14:textId="77777777" w:rsidR="00E33B78" w:rsidRDefault="00673904">
            <w:r>
              <w:rPr>
                <w:sz w:val="17"/>
              </w:rPr>
              <w:t>23</w:t>
            </w:r>
          </w:p>
        </w:tc>
        <w:tc>
          <w:tcPr>
            <w:tcW w:w="1384" w:type="dxa"/>
          </w:tcPr>
          <w:p w14:paraId="44D96AA6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Гърмен</w:t>
            </w:r>
            <w:proofErr w:type="spellEnd"/>
          </w:p>
        </w:tc>
        <w:tc>
          <w:tcPr>
            <w:tcW w:w="2126" w:type="dxa"/>
          </w:tcPr>
          <w:p w14:paraId="63DD3EC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- ГОЦЕ ДЕЛЧЕВ – ГЪРМЕН - ХАДЖИДИМОВО</w:t>
            </w:r>
          </w:p>
        </w:tc>
        <w:tc>
          <w:tcPr>
            <w:tcW w:w="4427" w:type="dxa"/>
          </w:tcPr>
          <w:p w14:paraId="39BDC496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</w:tcPr>
          <w:p w14:paraId="402B9119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23E9F62" w14:textId="77777777" w:rsidTr="00673904">
        <w:tc>
          <w:tcPr>
            <w:tcW w:w="567" w:type="dxa"/>
            <w:shd w:val="clear" w:color="auto" w:fill="F2F2F2"/>
          </w:tcPr>
          <w:p w14:paraId="2242BDD2" w14:textId="77777777" w:rsidR="00E33B78" w:rsidRDefault="00673904">
            <w:r>
              <w:rPr>
                <w:sz w:val="17"/>
              </w:rPr>
              <w:t>24</w:t>
            </w:r>
          </w:p>
        </w:tc>
        <w:tc>
          <w:tcPr>
            <w:tcW w:w="1384" w:type="dxa"/>
            <w:shd w:val="clear" w:color="auto" w:fill="F2F2F2"/>
          </w:tcPr>
          <w:p w14:paraId="7578F4FB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Девин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3C5B3D4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ДЕВИН-СМОЛЯН</w:t>
            </w:r>
          </w:p>
        </w:tc>
        <w:tc>
          <w:tcPr>
            <w:tcW w:w="4427" w:type="dxa"/>
            <w:shd w:val="clear" w:color="auto" w:fill="F2F2F2"/>
          </w:tcPr>
          <w:p w14:paraId="134A2BC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1F7D3A9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5C81BDF" w14:textId="77777777" w:rsidTr="00673904">
        <w:tc>
          <w:tcPr>
            <w:tcW w:w="567" w:type="dxa"/>
          </w:tcPr>
          <w:p w14:paraId="5775403A" w14:textId="77777777" w:rsidR="00E33B78" w:rsidRDefault="00673904">
            <w:r>
              <w:rPr>
                <w:sz w:val="17"/>
              </w:rPr>
              <w:t>25</w:t>
            </w:r>
          </w:p>
        </w:tc>
        <w:tc>
          <w:tcPr>
            <w:tcW w:w="1384" w:type="dxa"/>
          </w:tcPr>
          <w:p w14:paraId="482DD1CD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Девня</w:t>
            </w:r>
            <w:proofErr w:type="spellEnd"/>
          </w:p>
        </w:tc>
        <w:tc>
          <w:tcPr>
            <w:tcW w:w="2126" w:type="dxa"/>
          </w:tcPr>
          <w:p w14:paraId="20D6926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ДЕВНЯ – СУВОРОВО</w:t>
            </w:r>
          </w:p>
        </w:tc>
        <w:tc>
          <w:tcPr>
            <w:tcW w:w="4427" w:type="dxa"/>
          </w:tcPr>
          <w:p w14:paraId="62BBF0C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F100CCE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ED2AC1F" w14:textId="77777777" w:rsidTr="00673904">
        <w:tc>
          <w:tcPr>
            <w:tcW w:w="567" w:type="dxa"/>
            <w:shd w:val="clear" w:color="auto" w:fill="F2F2F2"/>
          </w:tcPr>
          <w:p w14:paraId="68E1F61A" w14:textId="77777777" w:rsidR="00E33B78" w:rsidRDefault="00673904">
            <w:r>
              <w:rPr>
                <w:sz w:val="17"/>
              </w:rPr>
              <w:t>26</w:t>
            </w:r>
          </w:p>
        </w:tc>
        <w:tc>
          <w:tcPr>
            <w:tcW w:w="1384" w:type="dxa"/>
            <w:shd w:val="clear" w:color="auto" w:fill="F2F2F2"/>
          </w:tcPr>
          <w:p w14:paraId="3FAB3736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Джебел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2671DE7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ДЖЕБЕЛ - КЪРДЖАЛИ 63</w:t>
            </w:r>
          </w:p>
        </w:tc>
        <w:tc>
          <w:tcPr>
            <w:tcW w:w="4427" w:type="dxa"/>
            <w:shd w:val="clear" w:color="auto" w:fill="F2F2F2"/>
          </w:tcPr>
          <w:p w14:paraId="796F8E5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47B53C2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:rsidRPr="00B06560" w14:paraId="6A866536" w14:textId="77777777" w:rsidTr="00673904">
        <w:tc>
          <w:tcPr>
            <w:tcW w:w="567" w:type="dxa"/>
            <w:shd w:val="clear" w:color="auto" w:fill="DFF3E3"/>
          </w:tcPr>
          <w:p w14:paraId="4321DAF5" w14:textId="77777777" w:rsidR="00E33B78" w:rsidRDefault="00673904">
            <w:r>
              <w:rPr>
                <w:sz w:val="17"/>
              </w:rPr>
              <w:t>27</w:t>
            </w:r>
          </w:p>
        </w:tc>
        <w:tc>
          <w:tcPr>
            <w:tcW w:w="1384" w:type="dxa"/>
            <w:shd w:val="clear" w:color="auto" w:fill="DFF3E3"/>
          </w:tcPr>
          <w:p w14:paraId="04D9BD9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Димитровград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304B733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ПЪРВОМАЙ – ДИМИТРОВГРАД</w:t>
            </w:r>
          </w:p>
        </w:tc>
        <w:tc>
          <w:tcPr>
            <w:tcW w:w="4427" w:type="dxa"/>
            <w:shd w:val="clear" w:color="auto" w:fill="DFF3E3"/>
          </w:tcPr>
          <w:p w14:paraId="598F0C1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DFF3E3"/>
          </w:tcPr>
          <w:p w14:paraId="5FD0DBA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14:paraId="6E1FC6F2" w14:textId="77777777" w:rsidTr="00673904">
        <w:tc>
          <w:tcPr>
            <w:tcW w:w="567" w:type="dxa"/>
            <w:shd w:val="clear" w:color="auto" w:fill="F2F2F2"/>
          </w:tcPr>
          <w:p w14:paraId="40E5AB86" w14:textId="77777777" w:rsidR="00E33B78" w:rsidRDefault="00673904">
            <w:r>
              <w:rPr>
                <w:sz w:val="17"/>
              </w:rPr>
              <w:t>28</w:t>
            </w:r>
          </w:p>
        </w:tc>
        <w:tc>
          <w:tcPr>
            <w:tcW w:w="1384" w:type="dxa"/>
            <w:shd w:val="clear" w:color="auto" w:fill="F2F2F2"/>
          </w:tcPr>
          <w:p w14:paraId="45F20487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Долни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чифлик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70A4888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ДОЛНИ ЧИФЛИК И БЯЛА</w:t>
            </w:r>
          </w:p>
        </w:tc>
        <w:tc>
          <w:tcPr>
            <w:tcW w:w="4427" w:type="dxa"/>
            <w:shd w:val="clear" w:color="auto" w:fill="F2F2F2"/>
          </w:tcPr>
          <w:p w14:paraId="7315B86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2350CEF1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C579D83" w14:textId="77777777" w:rsidTr="00673904">
        <w:tc>
          <w:tcPr>
            <w:tcW w:w="567" w:type="dxa"/>
          </w:tcPr>
          <w:p w14:paraId="5420121F" w14:textId="77777777" w:rsidR="00E33B78" w:rsidRDefault="00673904">
            <w:r>
              <w:rPr>
                <w:sz w:val="17"/>
              </w:rPr>
              <w:t>29</w:t>
            </w:r>
          </w:p>
        </w:tc>
        <w:tc>
          <w:tcPr>
            <w:tcW w:w="1384" w:type="dxa"/>
          </w:tcPr>
          <w:p w14:paraId="6D6411C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Дряново</w:t>
            </w:r>
            <w:proofErr w:type="spellEnd"/>
          </w:p>
        </w:tc>
        <w:tc>
          <w:tcPr>
            <w:tcW w:w="2126" w:type="dxa"/>
          </w:tcPr>
          <w:p w14:paraId="330B6D1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"ДРЯНОВО - ТРЯВНА - В СЪРЦЕТО НА БАЛКАНА</w:t>
            </w:r>
          </w:p>
        </w:tc>
        <w:tc>
          <w:tcPr>
            <w:tcW w:w="4427" w:type="dxa"/>
          </w:tcPr>
          <w:p w14:paraId="5865DFC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745D05E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0BFB4C2" w14:textId="77777777" w:rsidTr="00673904">
        <w:tc>
          <w:tcPr>
            <w:tcW w:w="567" w:type="dxa"/>
            <w:shd w:val="clear" w:color="auto" w:fill="F2F2F2"/>
          </w:tcPr>
          <w:p w14:paraId="38426BA1" w14:textId="77777777" w:rsidR="00E33B78" w:rsidRDefault="00673904">
            <w:r>
              <w:rPr>
                <w:sz w:val="17"/>
              </w:rPr>
              <w:t>30</w:t>
            </w:r>
          </w:p>
        </w:tc>
        <w:tc>
          <w:tcPr>
            <w:tcW w:w="1384" w:type="dxa"/>
            <w:shd w:val="clear" w:color="auto" w:fill="F2F2F2"/>
          </w:tcPr>
          <w:p w14:paraId="6727CC7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Дулово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7CDAD36E" w14:textId="77777777" w:rsidR="00E33B78" w:rsidRDefault="00673904">
            <w:r>
              <w:rPr>
                <w:sz w:val="17"/>
              </w:rPr>
              <w:t>„МЕСТНА ИНИЦИАТИВНА ГРУПА ДУЛОВО 2024</w:t>
            </w:r>
          </w:p>
        </w:tc>
        <w:tc>
          <w:tcPr>
            <w:tcW w:w="4427" w:type="dxa"/>
            <w:shd w:val="clear" w:color="auto" w:fill="F2F2F2"/>
          </w:tcPr>
          <w:p w14:paraId="71EE0EA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54B43770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8171A84" w14:textId="77777777" w:rsidTr="00673904">
        <w:tc>
          <w:tcPr>
            <w:tcW w:w="567" w:type="dxa"/>
          </w:tcPr>
          <w:p w14:paraId="75862D9F" w14:textId="77777777" w:rsidR="00E33B78" w:rsidRDefault="00673904">
            <w:r>
              <w:rPr>
                <w:sz w:val="17"/>
              </w:rPr>
              <w:t>31</w:t>
            </w:r>
          </w:p>
        </w:tc>
        <w:tc>
          <w:tcPr>
            <w:tcW w:w="1384" w:type="dxa"/>
          </w:tcPr>
          <w:p w14:paraId="379120F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Елин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Пелин</w:t>
            </w:r>
            <w:proofErr w:type="spellEnd"/>
          </w:p>
        </w:tc>
        <w:tc>
          <w:tcPr>
            <w:tcW w:w="2126" w:type="dxa"/>
          </w:tcPr>
          <w:p w14:paraId="55AAE62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ЕЛИН ПЕЛИН – ГОРНА МАЛИНА</w:t>
            </w:r>
          </w:p>
        </w:tc>
        <w:tc>
          <w:tcPr>
            <w:tcW w:w="4427" w:type="dxa"/>
          </w:tcPr>
          <w:p w14:paraId="184CE72D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</w:tcPr>
          <w:p w14:paraId="594D5DD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2E1FD1E" w14:textId="77777777" w:rsidTr="00673904">
        <w:tc>
          <w:tcPr>
            <w:tcW w:w="567" w:type="dxa"/>
            <w:shd w:val="clear" w:color="auto" w:fill="F2F2F2"/>
          </w:tcPr>
          <w:p w14:paraId="79610002" w14:textId="77777777" w:rsidR="00E33B78" w:rsidRDefault="00673904">
            <w:r>
              <w:rPr>
                <w:sz w:val="17"/>
              </w:rPr>
              <w:t>32</w:t>
            </w:r>
          </w:p>
        </w:tc>
        <w:tc>
          <w:tcPr>
            <w:tcW w:w="1384" w:type="dxa"/>
            <w:shd w:val="clear" w:color="auto" w:fill="F2F2F2"/>
          </w:tcPr>
          <w:p w14:paraId="194A469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Елхово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181C34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- ЕЛХОВО - БОЛЯРОВО</w:t>
            </w:r>
          </w:p>
        </w:tc>
        <w:tc>
          <w:tcPr>
            <w:tcW w:w="4427" w:type="dxa"/>
            <w:shd w:val="clear" w:color="auto" w:fill="F2F2F2"/>
          </w:tcPr>
          <w:p w14:paraId="7A2D40C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351ADECC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1356DE8" w14:textId="77777777" w:rsidTr="00673904">
        <w:tc>
          <w:tcPr>
            <w:tcW w:w="567" w:type="dxa"/>
          </w:tcPr>
          <w:p w14:paraId="12B84CE8" w14:textId="77777777" w:rsidR="00E33B78" w:rsidRDefault="00673904">
            <w:r>
              <w:rPr>
                <w:sz w:val="17"/>
              </w:rPr>
              <w:t>33</w:t>
            </w:r>
          </w:p>
        </w:tc>
        <w:tc>
          <w:tcPr>
            <w:tcW w:w="1384" w:type="dxa"/>
          </w:tcPr>
          <w:p w14:paraId="436B0E1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Златоград</w:t>
            </w:r>
            <w:proofErr w:type="spellEnd"/>
          </w:p>
        </w:tc>
        <w:tc>
          <w:tcPr>
            <w:tcW w:w="2126" w:type="dxa"/>
          </w:tcPr>
          <w:p w14:paraId="7D0754F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КИРКОВО-ЗЛАТОГРАД</w:t>
            </w:r>
          </w:p>
        </w:tc>
        <w:tc>
          <w:tcPr>
            <w:tcW w:w="4427" w:type="dxa"/>
          </w:tcPr>
          <w:p w14:paraId="1D53DA8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34F25F0E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850CBDD" w14:textId="77777777" w:rsidTr="00673904">
        <w:tc>
          <w:tcPr>
            <w:tcW w:w="567" w:type="dxa"/>
            <w:shd w:val="clear" w:color="auto" w:fill="F2F2F2"/>
          </w:tcPr>
          <w:p w14:paraId="09C6449C" w14:textId="77777777" w:rsidR="00E33B78" w:rsidRDefault="00673904">
            <w:r>
              <w:rPr>
                <w:sz w:val="17"/>
              </w:rPr>
              <w:lastRenderedPageBreak/>
              <w:t>34</w:t>
            </w:r>
          </w:p>
        </w:tc>
        <w:tc>
          <w:tcPr>
            <w:tcW w:w="1384" w:type="dxa"/>
            <w:shd w:val="clear" w:color="auto" w:fill="F2F2F2"/>
          </w:tcPr>
          <w:p w14:paraId="1642DAA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Искър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1DCB2B8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КАРЛУКОВСКИ КАРСТ - ЧЕРВЕН БРЯГ - ИСКЪР</w:t>
            </w:r>
          </w:p>
        </w:tc>
        <w:tc>
          <w:tcPr>
            <w:tcW w:w="4427" w:type="dxa"/>
            <w:shd w:val="clear" w:color="auto" w:fill="F2F2F2"/>
          </w:tcPr>
          <w:p w14:paraId="1651EBB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5FCC366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51E5504" w14:textId="77777777" w:rsidTr="00673904">
        <w:tc>
          <w:tcPr>
            <w:tcW w:w="567" w:type="dxa"/>
          </w:tcPr>
          <w:p w14:paraId="0EA9B614" w14:textId="77777777" w:rsidR="00E33B78" w:rsidRDefault="00673904">
            <w:r>
              <w:rPr>
                <w:sz w:val="17"/>
              </w:rPr>
              <w:t>35</w:t>
            </w:r>
          </w:p>
        </w:tc>
        <w:tc>
          <w:tcPr>
            <w:tcW w:w="1384" w:type="dxa"/>
          </w:tcPr>
          <w:p w14:paraId="1FBADA1C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Исперих</w:t>
            </w:r>
            <w:proofErr w:type="spellEnd"/>
          </w:p>
        </w:tc>
        <w:tc>
          <w:tcPr>
            <w:tcW w:w="2126" w:type="dxa"/>
          </w:tcPr>
          <w:p w14:paraId="5E4E2A87" w14:textId="77777777" w:rsidR="00E33B78" w:rsidRDefault="00673904">
            <w:r>
              <w:rPr>
                <w:sz w:val="17"/>
              </w:rPr>
              <w:t>МЕСТНА ИНИЦИАТИВНА ГРУПА - ИСПЕРИХ</w:t>
            </w:r>
          </w:p>
        </w:tc>
        <w:tc>
          <w:tcPr>
            <w:tcW w:w="4427" w:type="dxa"/>
          </w:tcPr>
          <w:p w14:paraId="77C26C6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78C4E8A7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4D0E055B" w14:textId="77777777" w:rsidTr="00673904">
        <w:tc>
          <w:tcPr>
            <w:tcW w:w="567" w:type="dxa"/>
            <w:shd w:val="clear" w:color="auto" w:fill="F2F2F2"/>
          </w:tcPr>
          <w:p w14:paraId="67B04827" w14:textId="77777777" w:rsidR="00E33B78" w:rsidRDefault="00673904">
            <w:r>
              <w:rPr>
                <w:sz w:val="17"/>
              </w:rPr>
              <w:t>36</w:t>
            </w:r>
          </w:p>
        </w:tc>
        <w:tc>
          <w:tcPr>
            <w:tcW w:w="1384" w:type="dxa"/>
            <w:shd w:val="clear" w:color="auto" w:fill="F2F2F2"/>
          </w:tcPr>
          <w:p w14:paraId="70CCE7DE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Каварна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7FE8187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КАВАРНА – ШАБЛА</w:t>
            </w:r>
          </w:p>
        </w:tc>
        <w:tc>
          <w:tcPr>
            <w:tcW w:w="4427" w:type="dxa"/>
            <w:shd w:val="clear" w:color="auto" w:fill="F2F2F2"/>
          </w:tcPr>
          <w:p w14:paraId="05FFB84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3E4DE319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896EA68" w14:textId="77777777" w:rsidTr="00673904">
        <w:tc>
          <w:tcPr>
            <w:tcW w:w="567" w:type="dxa"/>
          </w:tcPr>
          <w:p w14:paraId="2DF054A5" w14:textId="77777777" w:rsidR="00E33B78" w:rsidRDefault="00673904">
            <w:r>
              <w:rPr>
                <w:sz w:val="17"/>
              </w:rPr>
              <w:t>37</w:t>
            </w:r>
          </w:p>
        </w:tc>
        <w:tc>
          <w:tcPr>
            <w:tcW w:w="1384" w:type="dxa"/>
          </w:tcPr>
          <w:p w14:paraId="77EBF696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Калояново</w:t>
            </w:r>
            <w:proofErr w:type="spellEnd"/>
          </w:p>
        </w:tc>
        <w:tc>
          <w:tcPr>
            <w:tcW w:w="2126" w:type="dxa"/>
          </w:tcPr>
          <w:p w14:paraId="325FBE9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КАЛОЯНОВО - СЪЕДИНЕНИЕ</w:t>
            </w:r>
          </w:p>
        </w:tc>
        <w:tc>
          <w:tcPr>
            <w:tcW w:w="4427" w:type="dxa"/>
          </w:tcPr>
          <w:p w14:paraId="1E20A36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652A088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1E07E09" w14:textId="77777777" w:rsidTr="00673904">
        <w:tc>
          <w:tcPr>
            <w:tcW w:w="567" w:type="dxa"/>
            <w:shd w:val="clear" w:color="auto" w:fill="F2F2F2"/>
          </w:tcPr>
          <w:p w14:paraId="70AB61CF" w14:textId="77777777" w:rsidR="00E33B78" w:rsidRDefault="00673904">
            <w:r>
              <w:rPr>
                <w:sz w:val="17"/>
              </w:rPr>
              <w:t>38</w:t>
            </w:r>
          </w:p>
        </w:tc>
        <w:tc>
          <w:tcPr>
            <w:tcW w:w="1384" w:type="dxa"/>
            <w:shd w:val="clear" w:color="auto" w:fill="F2F2F2"/>
          </w:tcPr>
          <w:p w14:paraId="79D42DB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Карнобат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BEADEDB" w14:textId="77777777" w:rsidR="00E33B78" w:rsidRDefault="00673904">
            <w:r>
              <w:rPr>
                <w:sz w:val="17"/>
              </w:rPr>
              <w:t>„МЕСТНА ИНИЦИАТИВНА ГРУПА-КАРНОБАТ</w:t>
            </w:r>
          </w:p>
        </w:tc>
        <w:tc>
          <w:tcPr>
            <w:tcW w:w="4427" w:type="dxa"/>
            <w:shd w:val="clear" w:color="auto" w:fill="F2F2F2"/>
          </w:tcPr>
          <w:p w14:paraId="5C7470D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7A1AD168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5C622F0" w14:textId="77777777" w:rsidTr="00673904">
        <w:tc>
          <w:tcPr>
            <w:tcW w:w="567" w:type="dxa"/>
          </w:tcPr>
          <w:p w14:paraId="4C5017D4" w14:textId="77777777" w:rsidR="00E33B78" w:rsidRDefault="00673904">
            <w:r>
              <w:rPr>
                <w:sz w:val="17"/>
              </w:rPr>
              <w:t>39</w:t>
            </w:r>
          </w:p>
        </w:tc>
        <w:tc>
          <w:tcPr>
            <w:tcW w:w="1384" w:type="dxa"/>
          </w:tcPr>
          <w:p w14:paraId="37AF03E5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Каспичан</w:t>
            </w:r>
            <w:proofErr w:type="spellEnd"/>
          </w:p>
        </w:tc>
        <w:tc>
          <w:tcPr>
            <w:tcW w:w="2126" w:type="dxa"/>
          </w:tcPr>
          <w:p w14:paraId="503546E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НОВИ ПАЗАР-КАСПИЧАН</w:t>
            </w:r>
          </w:p>
        </w:tc>
        <w:tc>
          <w:tcPr>
            <w:tcW w:w="4427" w:type="dxa"/>
          </w:tcPr>
          <w:p w14:paraId="26EDD62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0D3E300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67B3D7C" w14:textId="77777777" w:rsidTr="00673904">
        <w:tc>
          <w:tcPr>
            <w:tcW w:w="567" w:type="dxa"/>
            <w:shd w:val="clear" w:color="auto" w:fill="F2F2F2"/>
          </w:tcPr>
          <w:p w14:paraId="3D371E37" w14:textId="77777777" w:rsidR="00E33B78" w:rsidRDefault="00673904">
            <w:r>
              <w:rPr>
                <w:sz w:val="17"/>
              </w:rPr>
              <w:t>40</w:t>
            </w:r>
          </w:p>
        </w:tc>
        <w:tc>
          <w:tcPr>
            <w:tcW w:w="1384" w:type="dxa"/>
            <w:shd w:val="clear" w:color="auto" w:fill="F2F2F2"/>
          </w:tcPr>
          <w:p w14:paraId="068EF355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Кирково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3519C51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КИРКОВО-ЗЛАТОГРАД</w:t>
            </w:r>
          </w:p>
        </w:tc>
        <w:tc>
          <w:tcPr>
            <w:tcW w:w="4427" w:type="dxa"/>
            <w:shd w:val="clear" w:color="auto" w:fill="F2F2F2"/>
          </w:tcPr>
          <w:p w14:paraId="38A9F81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6B9E6450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3395203" w14:textId="77777777" w:rsidTr="00673904">
        <w:tc>
          <w:tcPr>
            <w:tcW w:w="567" w:type="dxa"/>
          </w:tcPr>
          <w:p w14:paraId="30F29198" w14:textId="77777777" w:rsidR="00E33B78" w:rsidRDefault="00673904">
            <w:r>
              <w:rPr>
                <w:sz w:val="17"/>
              </w:rPr>
              <w:t>41</w:t>
            </w:r>
          </w:p>
        </w:tc>
        <w:tc>
          <w:tcPr>
            <w:tcW w:w="1384" w:type="dxa"/>
          </w:tcPr>
          <w:p w14:paraId="64C83C0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Костинброд</w:t>
            </w:r>
            <w:proofErr w:type="spellEnd"/>
          </w:p>
        </w:tc>
        <w:tc>
          <w:tcPr>
            <w:tcW w:w="2126" w:type="dxa"/>
          </w:tcPr>
          <w:p w14:paraId="70B2A64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КОСТИНБРОД-СВОГЕ</w:t>
            </w:r>
          </w:p>
        </w:tc>
        <w:tc>
          <w:tcPr>
            <w:tcW w:w="4427" w:type="dxa"/>
          </w:tcPr>
          <w:p w14:paraId="10A23A01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</w:tcPr>
          <w:p w14:paraId="3A97F907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961E916" w14:textId="77777777" w:rsidTr="00673904">
        <w:tc>
          <w:tcPr>
            <w:tcW w:w="567" w:type="dxa"/>
            <w:shd w:val="clear" w:color="auto" w:fill="F2F2F2"/>
          </w:tcPr>
          <w:p w14:paraId="790C4070" w14:textId="77777777" w:rsidR="00E33B78" w:rsidRDefault="00673904">
            <w:r>
              <w:rPr>
                <w:sz w:val="17"/>
              </w:rPr>
              <w:t>42</w:t>
            </w:r>
          </w:p>
        </w:tc>
        <w:tc>
          <w:tcPr>
            <w:tcW w:w="1384" w:type="dxa"/>
            <w:shd w:val="clear" w:color="auto" w:fill="F2F2F2"/>
          </w:tcPr>
          <w:p w14:paraId="6610F28F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Котел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33364B1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КОТЕЛ, СЛИВЕН И ВЪРБИЦА</w:t>
            </w:r>
          </w:p>
        </w:tc>
        <w:tc>
          <w:tcPr>
            <w:tcW w:w="4427" w:type="dxa"/>
            <w:shd w:val="clear" w:color="auto" w:fill="F2F2F2"/>
          </w:tcPr>
          <w:p w14:paraId="44EC785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3ED19585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A868D00" w14:textId="77777777" w:rsidTr="00673904">
        <w:tc>
          <w:tcPr>
            <w:tcW w:w="567" w:type="dxa"/>
          </w:tcPr>
          <w:p w14:paraId="0C379556" w14:textId="77777777" w:rsidR="00E33B78" w:rsidRDefault="00673904">
            <w:r>
              <w:rPr>
                <w:sz w:val="17"/>
              </w:rPr>
              <w:t>43</w:t>
            </w:r>
          </w:p>
        </w:tc>
        <w:tc>
          <w:tcPr>
            <w:tcW w:w="1384" w:type="dxa"/>
          </w:tcPr>
          <w:p w14:paraId="4B68BB64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Кочериново</w:t>
            </w:r>
            <w:proofErr w:type="spellEnd"/>
          </w:p>
        </w:tc>
        <w:tc>
          <w:tcPr>
            <w:tcW w:w="2126" w:type="dxa"/>
          </w:tcPr>
          <w:p w14:paraId="0BE9B92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НЕВЕСТИНО - КЮСТЕНДИЛ- ТРЕКЛЯНО - БОБОШЕВО - КОЧЕРИНОВО - РИЛА</w:t>
            </w:r>
          </w:p>
        </w:tc>
        <w:tc>
          <w:tcPr>
            <w:tcW w:w="4427" w:type="dxa"/>
          </w:tcPr>
          <w:p w14:paraId="2071E8FD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</w:tcPr>
          <w:p w14:paraId="4D03EC21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4F0E569B" w14:textId="77777777" w:rsidTr="00673904">
        <w:tc>
          <w:tcPr>
            <w:tcW w:w="567" w:type="dxa"/>
            <w:shd w:val="clear" w:color="auto" w:fill="F2F2F2"/>
          </w:tcPr>
          <w:p w14:paraId="06DBF8C5" w14:textId="77777777" w:rsidR="00E33B78" w:rsidRDefault="00673904">
            <w:r>
              <w:rPr>
                <w:sz w:val="17"/>
              </w:rPr>
              <w:t>44</w:t>
            </w:r>
          </w:p>
        </w:tc>
        <w:tc>
          <w:tcPr>
            <w:tcW w:w="1384" w:type="dxa"/>
            <w:shd w:val="clear" w:color="auto" w:fill="F2F2F2"/>
          </w:tcPr>
          <w:p w14:paraId="3FE340C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Кресна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0C3920B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СТРУМА-СИМИТЛИ, КРЕСНА И СТРУМЯНИ</w:t>
            </w:r>
          </w:p>
        </w:tc>
        <w:tc>
          <w:tcPr>
            <w:tcW w:w="4427" w:type="dxa"/>
            <w:shd w:val="clear" w:color="auto" w:fill="F2F2F2"/>
          </w:tcPr>
          <w:p w14:paraId="06A98B3E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314F6CD1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7CE8705" w14:textId="77777777" w:rsidTr="00673904">
        <w:tc>
          <w:tcPr>
            <w:tcW w:w="567" w:type="dxa"/>
          </w:tcPr>
          <w:p w14:paraId="741D597D" w14:textId="77777777" w:rsidR="00E33B78" w:rsidRDefault="00673904">
            <w:r>
              <w:rPr>
                <w:sz w:val="17"/>
              </w:rPr>
              <w:t>45</w:t>
            </w:r>
          </w:p>
        </w:tc>
        <w:tc>
          <w:tcPr>
            <w:tcW w:w="1384" w:type="dxa"/>
          </w:tcPr>
          <w:p w14:paraId="24FF00CE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Криводол</w:t>
            </w:r>
            <w:proofErr w:type="spellEnd"/>
          </w:p>
        </w:tc>
        <w:tc>
          <w:tcPr>
            <w:tcW w:w="2126" w:type="dxa"/>
          </w:tcPr>
          <w:p w14:paraId="65CEA3F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„КРИВОДОЛ- БОЙЧИНОВЦИ</w:t>
            </w:r>
          </w:p>
        </w:tc>
        <w:tc>
          <w:tcPr>
            <w:tcW w:w="4427" w:type="dxa"/>
          </w:tcPr>
          <w:p w14:paraId="43763A3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29A41BE2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EEBC5EF" w14:textId="77777777" w:rsidTr="00673904">
        <w:tc>
          <w:tcPr>
            <w:tcW w:w="567" w:type="dxa"/>
            <w:shd w:val="clear" w:color="auto" w:fill="F2F2F2"/>
          </w:tcPr>
          <w:p w14:paraId="691E7D17" w14:textId="77777777" w:rsidR="00E33B78" w:rsidRDefault="00673904">
            <w:r>
              <w:rPr>
                <w:sz w:val="17"/>
              </w:rPr>
              <w:t>46</w:t>
            </w:r>
          </w:p>
        </w:tc>
        <w:tc>
          <w:tcPr>
            <w:tcW w:w="1384" w:type="dxa"/>
            <w:shd w:val="clear" w:color="auto" w:fill="F2F2F2"/>
          </w:tcPr>
          <w:p w14:paraId="51B1D6FD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Крумовград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2E91768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 ОБЩИНИ МОМЧИЛГРАД И КРУМОВГРАД</w:t>
            </w:r>
          </w:p>
        </w:tc>
        <w:tc>
          <w:tcPr>
            <w:tcW w:w="4427" w:type="dxa"/>
            <w:shd w:val="clear" w:color="auto" w:fill="F2F2F2"/>
          </w:tcPr>
          <w:p w14:paraId="1D7C47D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43DC2106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:rsidRPr="00B06560" w14:paraId="774BB77B" w14:textId="77777777" w:rsidTr="00673904">
        <w:tc>
          <w:tcPr>
            <w:tcW w:w="567" w:type="dxa"/>
            <w:shd w:val="clear" w:color="auto" w:fill="DFF3E3"/>
          </w:tcPr>
          <w:p w14:paraId="66154B19" w14:textId="77777777" w:rsidR="00E33B78" w:rsidRDefault="00673904">
            <w:r>
              <w:rPr>
                <w:sz w:val="17"/>
              </w:rPr>
              <w:t>47</w:t>
            </w:r>
          </w:p>
        </w:tc>
        <w:tc>
          <w:tcPr>
            <w:tcW w:w="1384" w:type="dxa"/>
            <w:shd w:val="clear" w:color="auto" w:fill="DFF3E3"/>
          </w:tcPr>
          <w:p w14:paraId="59EEDFDD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Кърджали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3C0EFCB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СТАМБОЛОВО-КЪРДЖАЛИ 54</w:t>
            </w:r>
          </w:p>
        </w:tc>
        <w:tc>
          <w:tcPr>
            <w:tcW w:w="4427" w:type="dxa"/>
            <w:shd w:val="clear" w:color="auto" w:fill="DFF3E3"/>
          </w:tcPr>
          <w:p w14:paraId="2601299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DFF3E3"/>
          </w:tcPr>
          <w:p w14:paraId="15A508B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:rsidRPr="00B06560" w14:paraId="19F1B949" w14:textId="77777777" w:rsidTr="00673904">
        <w:tc>
          <w:tcPr>
            <w:tcW w:w="567" w:type="dxa"/>
            <w:shd w:val="clear" w:color="auto" w:fill="DFF3E3"/>
          </w:tcPr>
          <w:p w14:paraId="2ECADE93" w14:textId="77777777" w:rsidR="00E33B78" w:rsidRDefault="00673904">
            <w:r>
              <w:rPr>
                <w:sz w:val="17"/>
              </w:rPr>
              <w:t>48</w:t>
            </w:r>
          </w:p>
        </w:tc>
        <w:tc>
          <w:tcPr>
            <w:tcW w:w="1384" w:type="dxa"/>
            <w:shd w:val="clear" w:color="auto" w:fill="DFF3E3"/>
          </w:tcPr>
          <w:p w14:paraId="37C96EA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Кърджали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45A7519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ДЖЕБЕЛ - КЪРДЖАЛИ 63</w:t>
            </w:r>
          </w:p>
        </w:tc>
        <w:tc>
          <w:tcPr>
            <w:tcW w:w="4427" w:type="dxa"/>
            <w:shd w:val="clear" w:color="auto" w:fill="DFF3E3"/>
          </w:tcPr>
          <w:p w14:paraId="3EF2D66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DFF3E3"/>
          </w:tcPr>
          <w:p w14:paraId="05188D4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:rsidRPr="00B06560" w14:paraId="6EB4731F" w14:textId="77777777" w:rsidTr="00673904">
        <w:tc>
          <w:tcPr>
            <w:tcW w:w="567" w:type="dxa"/>
            <w:shd w:val="clear" w:color="auto" w:fill="DFF3E3"/>
          </w:tcPr>
          <w:p w14:paraId="695DF817" w14:textId="77777777" w:rsidR="00E33B78" w:rsidRDefault="00673904">
            <w:r>
              <w:rPr>
                <w:sz w:val="17"/>
              </w:rPr>
              <w:t>49</w:t>
            </w:r>
          </w:p>
        </w:tc>
        <w:tc>
          <w:tcPr>
            <w:tcW w:w="1384" w:type="dxa"/>
            <w:shd w:val="clear" w:color="auto" w:fill="DFF3E3"/>
          </w:tcPr>
          <w:p w14:paraId="55036AA3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Кюстендил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7F1ED8B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НЕВЕСТИНО - КЮСТЕНДИЛ- ТРЕКЛЯНО - БОБОШЕВО - КОЧЕРИНОВО - РИЛА</w:t>
            </w:r>
          </w:p>
        </w:tc>
        <w:tc>
          <w:tcPr>
            <w:tcW w:w="4427" w:type="dxa"/>
            <w:shd w:val="clear" w:color="auto" w:fill="DFF3E3"/>
          </w:tcPr>
          <w:p w14:paraId="5D6CB4BA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DFF3E3"/>
          </w:tcPr>
          <w:p w14:paraId="2E5E321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14:paraId="2BC3442B" w14:textId="77777777" w:rsidTr="00673904">
        <w:tc>
          <w:tcPr>
            <w:tcW w:w="567" w:type="dxa"/>
            <w:shd w:val="clear" w:color="auto" w:fill="F2F2F2"/>
          </w:tcPr>
          <w:p w14:paraId="1BB15324" w14:textId="77777777" w:rsidR="00E33B78" w:rsidRDefault="00673904">
            <w:r>
              <w:rPr>
                <w:sz w:val="17"/>
              </w:rPr>
              <w:t>50</w:t>
            </w:r>
          </w:p>
        </w:tc>
        <w:tc>
          <w:tcPr>
            <w:tcW w:w="1384" w:type="dxa"/>
            <w:shd w:val="clear" w:color="auto" w:fill="F2F2F2"/>
          </w:tcPr>
          <w:p w14:paraId="7CCF4EB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Левски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380AA22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ЛЕВСКИ-СУХИНДОЛ</w:t>
            </w:r>
          </w:p>
        </w:tc>
        <w:tc>
          <w:tcPr>
            <w:tcW w:w="4427" w:type="dxa"/>
            <w:shd w:val="clear" w:color="auto" w:fill="F2F2F2"/>
          </w:tcPr>
          <w:p w14:paraId="0AFAD74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5421B255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718B185" w14:textId="77777777" w:rsidTr="00673904">
        <w:tc>
          <w:tcPr>
            <w:tcW w:w="567" w:type="dxa"/>
          </w:tcPr>
          <w:p w14:paraId="7D1ADE90" w14:textId="77777777" w:rsidR="00E33B78" w:rsidRDefault="00673904">
            <w:r>
              <w:rPr>
                <w:sz w:val="17"/>
              </w:rPr>
              <w:lastRenderedPageBreak/>
              <w:t>51</w:t>
            </w:r>
          </w:p>
        </w:tc>
        <w:tc>
          <w:tcPr>
            <w:tcW w:w="1384" w:type="dxa"/>
          </w:tcPr>
          <w:p w14:paraId="0AD93C51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Лом</w:t>
            </w:r>
            <w:proofErr w:type="spellEnd"/>
          </w:p>
        </w:tc>
        <w:tc>
          <w:tcPr>
            <w:tcW w:w="2126" w:type="dxa"/>
          </w:tcPr>
          <w:p w14:paraId="4AEBA899" w14:textId="77777777" w:rsidR="00E33B78" w:rsidRDefault="00673904">
            <w:r>
              <w:rPr>
                <w:sz w:val="17"/>
              </w:rPr>
              <w:t>„МЕСТНА ИНИЦИАТИВНА ГРУПА – ЛОМ</w:t>
            </w:r>
          </w:p>
        </w:tc>
        <w:tc>
          <w:tcPr>
            <w:tcW w:w="4427" w:type="dxa"/>
          </w:tcPr>
          <w:p w14:paraId="4DAFBFC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6A5C6EE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3F492F7" w14:textId="77777777" w:rsidTr="00673904">
        <w:tc>
          <w:tcPr>
            <w:tcW w:w="567" w:type="dxa"/>
            <w:shd w:val="clear" w:color="auto" w:fill="F2F2F2"/>
          </w:tcPr>
          <w:p w14:paraId="095F2E56" w14:textId="77777777" w:rsidR="00E33B78" w:rsidRDefault="00673904">
            <w:r>
              <w:rPr>
                <w:sz w:val="17"/>
              </w:rPr>
              <w:t>52</w:t>
            </w:r>
          </w:p>
        </w:tc>
        <w:tc>
          <w:tcPr>
            <w:tcW w:w="1384" w:type="dxa"/>
            <w:shd w:val="clear" w:color="auto" w:fill="F2F2F2"/>
          </w:tcPr>
          <w:p w14:paraId="238145D4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Луковит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31608C6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ЛУКОВИТ-РОМАН</w:t>
            </w:r>
          </w:p>
        </w:tc>
        <w:tc>
          <w:tcPr>
            <w:tcW w:w="4427" w:type="dxa"/>
            <w:shd w:val="clear" w:color="auto" w:fill="F2F2F2"/>
          </w:tcPr>
          <w:p w14:paraId="5FF7936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37DEA88A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118F043" w14:textId="77777777" w:rsidTr="00673904">
        <w:tc>
          <w:tcPr>
            <w:tcW w:w="567" w:type="dxa"/>
          </w:tcPr>
          <w:p w14:paraId="08B70FF6" w14:textId="77777777" w:rsidR="00E33B78" w:rsidRDefault="00673904">
            <w:r>
              <w:rPr>
                <w:sz w:val="17"/>
              </w:rPr>
              <w:t>53</w:t>
            </w:r>
          </w:p>
        </w:tc>
        <w:tc>
          <w:tcPr>
            <w:tcW w:w="1384" w:type="dxa"/>
          </w:tcPr>
          <w:p w14:paraId="71EBF827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Мадан</w:t>
            </w:r>
            <w:proofErr w:type="spellEnd"/>
          </w:p>
        </w:tc>
        <w:tc>
          <w:tcPr>
            <w:tcW w:w="2126" w:type="dxa"/>
          </w:tcPr>
          <w:p w14:paraId="049BDB5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"КИЧИКА"- МАДАН - РУДОЗЕМ</w:t>
            </w:r>
          </w:p>
        </w:tc>
        <w:tc>
          <w:tcPr>
            <w:tcW w:w="4427" w:type="dxa"/>
          </w:tcPr>
          <w:p w14:paraId="6A3982A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3B56EEEE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BC67512" w14:textId="77777777" w:rsidTr="00673904">
        <w:tc>
          <w:tcPr>
            <w:tcW w:w="567" w:type="dxa"/>
            <w:shd w:val="clear" w:color="auto" w:fill="F2F2F2"/>
          </w:tcPr>
          <w:p w14:paraId="04C5FEFA" w14:textId="77777777" w:rsidR="00E33B78" w:rsidRDefault="00673904">
            <w:r>
              <w:rPr>
                <w:sz w:val="17"/>
              </w:rPr>
              <w:t>54</w:t>
            </w:r>
          </w:p>
        </w:tc>
        <w:tc>
          <w:tcPr>
            <w:tcW w:w="1384" w:type="dxa"/>
            <w:shd w:val="clear" w:color="auto" w:fill="F2F2F2"/>
          </w:tcPr>
          <w:p w14:paraId="3AD37EFC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Момчилград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EBB4BE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 ОБЩИНИ МОМЧИЛГРАД И КРУМОВГРАД</w:t>
            </w:r>
          </w:p>
        </w:tc>
        <w:tc>
          <w:tcPr>
            <w:tcW w:w="4427" w:type="dxa"/>
            <w:shd w:val="clear" w:color="auto" w:fill="F2F2F2"/>
          </w:tcPr>
          <w:p w14:paraId="525CE71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511B34D3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564A337" w14:textId="77777777" w:rsidTr="00673904">
        <w:tc>
          <w:tcPr>
            <w:tcW w:w="567" w:type="dxa"/>
          </w:tcPr>
          <w:p w14:paraId="2785F507" w14:textId="77777777" w:rsidR="00E33B78" w:rsidRDefault="00673904">
            <w:r>
              <w:rPr>
                <w:sz w:val="17"/>
              </w:rPr>
              <w:t>55</w:t>
            </w:r>
          </w:p>
        </w:tc>
        <w:tc>
          <w:tcPr>
            <w:tcW w:w="1384" w:type="dxa"/>
          </w:tcPr>
          <w:p w14:paraId="5915DDF1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Невестино</w:t>
            </w:r>
            <w:proofErr w:type="spellEnd"/>
          </w:p>
        </w:tc>
        <w:tc>
          <w:tcPr>
            <w:tcW w:w="2126" w:type="dxa"/>
          </w:tcPr>
          <w:p w14:paraId="36F03C9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НЕВЕСТИНО - КЮСТЕНДИЛ- ТРЕКЛЯНО - БОБОШЕВО - КОЧЕРИНОВО - РИЛА</w:t>
            </w:r>
          </w:p>
        </w:tc>
        <w:tc>
          <w:tcPr>
            <w:tcW w:w="4427" w:type="dxa"/>
          </w:tcPr>
          <w:p w14:paraId="39507499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</w:tcPr>
          <w:p w14:paraId="5E95D6F7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977B976" w14:textId="77777777" w:rsidTr="00673904">
        <w:tc>
          <w:tcPr>
            <w:tcW w:w="567" w:type="dxa"/>
            <w:shd w:val="clear" w:color="auto" w:fill="F2F2F2"/>
          </w:tcPr>
          <w:p w14:paraId="70D63484" w14:textId="77777777" w:rsidR="00E33B78" w:rsidRDefault="00673904">
            <w:r>
              <w:rPr>
                <w:sz w:val="17"/>
              </w:rPr>
              <w:t>56</w:t>
            </w:r>
          </w:p>
        </w:tc>
        <w:tc>
          <w:tcPr>
            <w:tcW w:w="1384" w:type="dxa"/>
            <w:shd w:val="clear" w:color="auto" w:fill="F2F2F2"/>
          </w:tcPr>
          <w:p w14:paraId="64A9AD5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Неделино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C6C4A3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АРДИНО- НЕДЕЛИНО</w:t>
            </w:r>
          </w:p>
        </w:tc>
        <w:tc>
          <w:tcPr>
            <w:tcW w:w="4427" w:type="dxa"/>
            <w:shd w:val="clear" w:color="auto" w:fill="F2F2F2"/>
          </w:tcPr>
          <w:p w14:paraId="4167BE6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44004584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B763BD2" w14:textId="77777777" w:rsidTr="00673904">
        <w:tc>
          <w:tcPr>
            <w:tcW w:w="567" w:type="dxa"/>
          </w:tcPr>
          <w:p w14:paraId="6112BBE8" w14:textId="77777777" w:rsidR="00E33B78" w:rsidRDefault="00673904">
            <w:r>
              <w:rPr>
                <w:sz w:val="17"/>
              </w:rPr>
              <w:t>57</w:t>
            </w:r>
          </w:p>
        </w:tc>
        <w:tc>
          <w:tcPr>
            <w:tcW w:w="1384" w:type="dxa"/>
          </w:tcPr>
          <w:p w14:paraId="26BF9D8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Никопол</w:t>
            </w:r>
            <w:proofErr w:type="spellEnd"/>
          </w:p>
        </w:tc>
        <w:tc>
          <w:tcPr>
            <w:tcW w:w="2126" w:type="dxa"/>
          </w:tcPr>
          <w:p w14:paraId="200B339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БЕЛЕНЕ – НИКОПОЛ</w:t>
            </w:r>
          </w:p>
        </w:tc>
        <w:tc>
          <w:tcPr>
            <w:tcW w:w="4427" w:type="dxa"/>
          </w:tcPr>
          <w:p w14:paraId="68C7D34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500D19C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07DBDE6" w14:textId="77777777" w:rsidTr="00673904">
        <w:tc>
          <w:tcPr>
            <w:tcW w:w="567" w:type="dxa"/>
            <w:shd w:val="clear" w:color="auto" w:fill="F2F2F2"/>
          </w:tcPr>
          <w:p w14:paraId="21E19B37" w14:textId="77777777" w:rsidR="00E33B78" w:rsidRDefault="00673904">
            <w:r>
              <w:rPr>
                <w:sz w:val="17"/>
              </w:rPr>
              <w:t>58</w:t>
            </w:r>
          </w:p>
        </w:tc>
        <w:tc>
          <w:tcPr>
            <w:tcW w:w="1384" w:type="dxa"/>
            <w:shd w:val="clear" w:color="auto" w:fill="F2F2F2"/>
          </w:tcPr>
          <w:p w14:paraId="670C6219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Нови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пазар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611C401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НОВИ ПАЗАР-КАСПИЧАН</w:t>
            </w:r>
          </w:p>
        </w:tc>
        <w:tc>
          <w:tcPr>
            <w:tcW w:w="4427" w:type="dxa"/>
            <w:shd w:val="clear" w:color="auto" w:fill="F2F2F2"/>
          </w:tcPr>
          <w:p w14:paraId="13D442A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510D90E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B5FE595" w14:textId="77777777" w:rsidTr="00673904">
        <w:tc>
          <w:tcPr>
            <w:tcW w:w="567" w:type="dxa"/>
          </w:tcPr>
          <w:p w14:paraId="42EAE650" w14:textId="77777777" w:rsidR="00E33B78" w:rsidRDefault="00673904">
            <w:r>
              <w:rPr>
                <w:sz w:val="17"/>
              </w:rPr>
              <w:t>59</w:t>
            </w:r>
          </w:p>
        </w:tc>
        <w:tc>
          <w:tcPr>
            <w:tcW w:w="1384" w:type="dxa"/>
          </w:tcPr>
          <w:p w14:paraId="48926906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Омуртаг</w:t>
            </w:r>
            <w:proofErr w:type="spellEnd"/>
          </w:p>
        </w:tc>
        <w:tc>
          <w:tcPr>
            <w:tcW w:w="2126" w:type="dxa"/>
          </w:tcPr>
          <w:p w14:paraId="33D3DC7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– ОБЩИНИ АНТОНОВО - ОМУРТАГ</w:t>
            </w:r>
          </w:p>
        </w:tc>
        <w:tc>
          <w:tcPr>
            <w:tcW w:w="4427" w:type="dxa"/>
          </w:tcPr>
          <w:p w14:paraId="61BE113B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3A7E743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346E94B" w14:textId="77777777" w:rsidTr="00673904">
        <w:tc>
          <w:tcPr>
            <w:tcW w:w="567" w:type="dxa"/>
            <w:shd w:val="clear" w:color="auto" w:fill="F2F2F2"/>
          </w:tcPr>
          <w:p w14:paraId="58F762B7" w14:textId="77777777" w:rsidR="00E33B78" w:rsidRDefault="00673904">
            <w:r>
              <w:rPr>
                <w:sz w:val="17"/>
              </w:rPr>
              <w:t>60</w:t>
            </w:r>
          </w:p>
        </w:tc>
        <w:tc>
          <w:tcPr>
            <w:tcW w:w="1384" w:type="dxa"/>
            <w:shd w:val="clear" w:color="auto" w:fill="F2F2F2"/>
          </w:tcPr>
          <w:p w14:paraId="2592DB6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Павликени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0DF6C400" w14:textId="77777777" w:rsidR="00E33B78" w:rsidRDefault="00673904">
            <w:r>
              <w:rPr>
                <w:sz w:val="17"/>
              </w:rPr>
              <w:t>МИГ ПАВЛИКЕНИ - П. ТРЪМБЕШ</w:t>
            </w:r>
          </w:p>
        </w:tc>
        <w:tc>
          <w:tcPr>
            <w:tcW w:w="4427" w:type="dxa"/>
            <w:shd w:val="clear" w:color="auto" w:fill="F2F2F2"/>
          </w:tcPr>
          <w:p w14:paraId="4EC9EA7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3334FFD2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:rsidRPr="00B06560" w14:paraId="64423010" w14:textId="77777777" w:rsidTr="00673904">
        <w:tc>
          <w:tcPr>
            <w:tcW w:w="567" w:type="dxa"/>
            <w:shd w:val="clear" w:color="auto" w:fill="DFF3E3"/>
          </w:tcPr>
          <w:p w14:paraId="22709919" w14:textId="77777777" w:rsidR="00E33B78" w:rsidRDefault="00673904">
            <w:r>
              <w:rPr>
                <w:sz w:val="17"/>
              </w:rPr>
              <w:t>61</w:t>
            </w:r>
          </w:p>
        </w:tc>
        <w:tc>
          <w:tcPr>
            <w:tcW w:w="1384" w:type="dxa"/>
            <w:shd w:val="clear" w:color="auto" w:fill="DFF3E3"/>
          </w:tcPr>
          <w:p w14:paraId="54AE060F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Пазарджик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332B4D3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РАКИТОВО-ПАЗАРДЖИК</w:t>
            </w:r>
          </w:p>
        </w:tc>
        <w:tc>
          <w:tcPr>
            <w:tcW w:w="4427" w:type="dxa"/>
            <w:shd w:val="clear" w:color="auto" w:fill="DFF3E3"/>
          </w:tcPr>
          <w:p w14:paraId="1F3DC95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DFF3E3"/>
          </w:tcPr>
          <w:p w14:paraId="2061D55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14:paraId="6F162D5D" w14:textId="77777777" w:rsidTr="00673904">
        <w:tc>
          <w:tcPr>
            <w:tcW w:w="567" w:type="dxa"/>
            <w:shd w:val="clear" w:color="auto" w:fill="F2F2F2"/>
          </w:tcPr>
          <w:p w14:paraId="5A3ABE43" w14:textId="77777777" w:rsidR="00E33B78" w:rsidRDefault="00673904">
            <w:r>
              <w:rPr>
                <w:sz w:val="17"/>
              </w:rPr>
              <w:t>62</w:t>
            </w:r>
          </w:p>
        </w:tc>
        <w:tc>
          <w:tcPr>
            <w:tcW w:w="1384" w:type="dxa"/>
            <w:shd w:val="clear" w:color="auto" w:fill="F2F2F2"/>
          </w:tcPr>
          <w:p w14:paraId="1AA1F22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Перущица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1D26AA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ПЕРУЩИЦА - РОДОПИ</w:t>
            </w:r>
          </w:p>
        </w:tc>
        <w:tc>
          <w:tcPr>
            <w:tcW w:w="4427" w:type="dxa"/>
            <w:shd w:val="clear" w:color="auto" w:fill="F2F2F2"/>
          </w:tcPr>
          <w:p w14:paraId="1053396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63CDF3F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2E8DC5B" w14:textId="77777777" w:rsidTr="00673904">
        <w:tc>
          <w:tcPr>
            <w:tcW w:w="567" w:type="dxa"/>
          </w:tcPr>
          <w:p w14:paraId="40D73DAC" w14:textId="77777777" w:rsidR="00E33B78" w:rsidRDefault="00673904">
            <w:r>
              <w:rPr>
                <w:sz w:val="17"/>
              </w:rPr>
              <w:t>63</w:t>
            </w:r>
          </w:p>
        </w:tc>
        <w:tc>
          <w:tcPr>
            <w:tcW w:w="1384" w:type="dxa"/>
          </w:tcPr>
          <w:p w14:paraId="1C65D71D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Пещера</w:t>
            </w:r>
            <w:proofErr w:type="spellEnd"/>
          </w:p>
        </w:tc>
        <w:tc>
          <w:tcPr>
            <w:tcW w:w="2126" w:type="dxa"/>
          </w:tcPr>
          <w:p w14:paraId="09FA2F0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- ПЕЩЕРА – БРАЦИГОВО</w:t>
            </w:r>
          </w:p>
        </w:tc>
        <w:tc>
          <w:tcPr>
            <w:tcW w:w="4427" w:type="dxa"/>
          </w:tcPr>
          <w:p w14:paraId="5DEB01E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1BB5A788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BAF7FE2" w14:textId="77777777" w:rsidTr="00673904">
        <w:tc>
          <w:tcPr>
            <w:tcW w:w="567" w:type="dxa"/>
            <w:shd w:val="clear" w:color="auto" w:fill="F2F2F2"/>
          </w:tcPr>
          <w:p w14:paraId="5A5A61A1" w14:textId="77777777" w:rsidR="00E33B78" w:rsidRDefault="00673904">
            <w:r>
              <w:rPr>
                <w:sz w:val="17"/>
              </w:rPr>
              <w:t>64</w:t>
            </w:r>
          </w:p>
        </w:tc>
        <w:tc>
          <w:tcPr>
            <w:tcW w:w="1384" w:type="dxa"/>
            <w:shd w:val="clear" w:color="auto" w:fill="F2F2F2"/>
          </w:tcPr>
          <w:p w14:paraId="58603DC5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Полски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7F2E9810" w14:textId="77777777" w:rsidR="00E33B78" w:rsidRDefault="00673904">
            <w:r>
              <w:rPr>
                <w:sz w:val="17"/>
              </w:rPr>
              <w:t>МИГ ПАВЛИКЕНИ - П. ТРЪМБЕШ</w:t>
            </w:r>
          </w:p>
        </w:tc>
        <w:tc>
          <w:tcPr>
            <w:tcW w:w="4427" w:type="dxa"/>
            <w:shd w:val="clear" w:color="auto" w:fill="F2F2F2"/>
          </w:tcPr>
          <w:p w14:paraId="398C946D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6126E1C0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4CCE4BBE" w14:textId="77777777" w:rsidTr="00673904">
        <w:tc>
          <w:tcPr>
            <w:tcW w:w="567" w:type="dxa"/>
          </w:tcPr>
          <w:p w14:paraId="06C9C19E" w14:textId="77777777" w:rsidR="00E33B78" w:rsidRDefault="00673904">
            <w:r>
              <w:rPr>
                <w:sz w:val="17"/>
              </w:rPr>
              <w:t>65</w:t>
            </w:r>
          </w:p>
        </w:tc>
        <w:tc>
          <w:tcPr>
            <w:tcW w:w="1384" w:type="dxa"/>
          </w:tcPr>
          <w:p w14:paraId="05158CF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Поморие</w:t>
            </w:r>
            <w:proofErr w:type="spellEnd"/>
          </w:p>
        </w:tc>
        <w:tc>
          <w:tcPr>
            <w:tcW w:w="2126" w:type="dxa"/>
          </w:tcPr>
          <w:p w14:paraId="26CC920E" w14:textId="77777777" w:rsidR="00E33B78" w:rsidRDefault="00673904">
            <w:r>
              <w:rPr>
                <w:sz w:val="17"/>
              </w:rPr>
              <w:t>МИГ ПОМОРИЕ</w:t>
            </w:r>
          </w:p>
        </w:tc>
        <w:tc>
          <w:tcPr>
            <w:tcW w:w="4427" w:type="dxa"/>
          </w:tcPr>
          <w:p w14:paraId="110BE5C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107AA9BC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D406DF1" w14:textId="77777777" w:rsidTr="00673904">
        <w:tc>
          <w:tcPr>
            <w:tcW w:w="567" w:type="dxa"/>
            <w:shd w:val="clear" w:color="auto" w:fill="F2F2F2"/>
          </w:tcPr>
          <w:p w14:paraId="213C8594" w14:textId="77777777" w:rsidR="00E33B78" w:rsidRDefault="00673904">
            <w:r>
              <w:rPr>
                <w:sz w:val="17"/>
              </w:rPr>
              <w:t>66</w:t>
            </w:r>
          </w:p>
        </w:tc>
        <w:tc>
          <w:tcPr>
            <w:tcW w:w="1384" w:type="dxa"/>
            <w:shd w:val="clear" w:color="auto" w:fill="F2F2F2"/>
          </w:tcPr>
          <w:p w14:paraId="29DD322B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Първомай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25DA665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ПЪРВОМАЙ – ДИМИТРОВГРАД</w:t>
            </w:r>
          </w:p>
        </w:tc>
        <w:tc>
          <w:tcPr>
            <w:tcW w:w="4427" w:type="dxa"/>
            <w:shd w:val="clear" w:color="auto" w:fill="F2F2F2"/>
          </w:tcPr>
          <w:p w14:paraId="46945BA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448D569C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8BDB6EE" w14:textId="77777777" w:rsidTr="00673904">
        <w:tc>
          <w:tcPr>
            <w:tcW w:w="567" w:type="dxa"/>
          </w:tcPr>
          <w:p w14:paraId="2BC6BD80" w14:textId="77777777" w:rsidR="00E33B78" w:rsidRDefault="00673904">
            <w:r>
              <w:rPr>
                <w:sz w:val="17"/>
              </w:rPr>
              <w:t>67</w:t>
            </w:r>
          </w:p>
        </w:tc>
        <w:tc>
          <w:tcPr>
            <w:tcW w:w="1384" w:type="dxa"/>
          </w:tcPr>
          <w:p w14:paraId="0260903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Ракитово</w:t>
            </w:r>
            <w:proofErr w:type="spellEnd"/>
          </w:p>
        </w:tc>
        <w:tc>
          <w:tcPr>
            <w:tcW w:w="2126" w:type="dxa"/>
          </w:tcPr>
          <w:p w14:paraId="4D89A17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РАКИТОВО-ПАЗАРДЖИК</w:t>
            </w:r>
          </w:p>
        </w:tc>
        <w:tc>
          <w:tcPr>
            <w:tcW w:w="4427" w:type="dxa"/>
          </w:tcPr>
          <w:p w14:paraId="3403318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798F47A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706EFAD" w14:textId="77777777" w:rsidTr="00673904">
        <w:tc>
          <w:tcPr>
            <w:tcW w:w="567" w:type="dxa"/>
            <w:shd w:val="clear" w:color="auto" w:fill="F2F2F2"/>
          </w:tcPr>
          <w:p w14:paraId="711F7E55" w14:textId="77777777" w:rsidR="00E33B78" w:rsidRDefault="00673904">
            <w:r>
              <w:rPr>
                <w:sz w:val="17"/>
              </w:rPr>
              <w:t>68</w:t>
            </w:r>
          </w:p>
        </w:tc>
        <w:tc>
          <w:tcPr>
            <w:tcW w:w="1384" w:type="dxa"/>
            <w:shd w:val="clear" w:color="auto" w:fill="F2F2F2"/>
          </w:tcPr>
          <w:p w14:paraId="603E73B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Рила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56EA48F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НЕВЕСТИНО - КЮСТЕНДИЛ- ТРЕКЛЯНО - БОБОШЕВО - КОЧЕРИНОВО - РИЛА</w:t>
            </w:r>
          </w:p>
        </w:tc>
        <w:tc>
          <w:tcPr>
            <w:tcW w:w="4427" w:type="dxa"/>
            <w:shd w:val="clear" w:color="auto" w:fill="F2F2F2"/>
          </w:tcPr>
          <w:p w14:paraId="74FDED84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4C8DCD39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2DA104B" w14:textId="77777777" w:rsidTr="00673904">
        <w:tc>
          <w:tcPr>
            <w:tcW w:w="567" w:type="dxa"/>
          </w:tcPr>
          <w:p w14:paraId="6025B63C" w14:textId="77777777" w:rsidR="00E33B78" w:rsidRDefault="00673904">
            <w:r>
              <w:rPr>
                <w:sz w:val="17"/>
              </w:rPr>
              <w:lastRenderedPageBreak/>
              <w:t>69</w:t>
            </w:r>
          </w:p>
        </w:tc>
        <w:tc>
          <w:tcPr>
            <w:tcW w:w="1384" w:type="dxa"/>
          </w:tcPr>
          <w:p w14:paraId="21CCF557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Родопи</w:t>
            </w:r>
            <w:proofErr w:type="spellEnd"/>
          </w:p>
        </w:tc>
        <w:tc>
          <w:tcPr>
            <w:tcW w:w="2126" w:type="dxa"/>
          </w:tcPr>
          <w:p w14:paraId="4EECC06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ПЕРУЩИЦА - РОДОПИ</w:t>
            </w:r>
          </w:p>
        </w:tc>
        <w:tc>
          <w:tcPr>
            <w:tcW w:w="4427" w:type="dxa"/>
          </w:tcPr>
          <w:p w14:paraId="6B9E194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2B3D1EF9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7D85FAC" w14:textId="77777777" w:rsidTr="00673904">
        <w:tc>
          <w:tcPr>
            <w:tcW w:w="567" w:type="dxa"/>
            <w:shd w:val="clear" w:color="auto" w:fill="F2F2F2"/>
          </w:tcPr>
          <w:p w14:paraId="62B00548" w14:textId="77777777" w:rsidR="00E33B78" w:rsidRDefault="00673904">
            <w:r>
              <w:rPr>
                <w:sz w:val="17"/>
              </w:rPr>
              <w:t>70</w:t>
            </w:r>
          </w:p>
        </w:tc>
        <w:tc>
          <w:tcPr>
            <w:tcW w:w="1384" w:type="dxa"/>
            <w:shd w:val="clear" w:color="auto" w:fill="F2F2F2"/>
          </w:tcPr>
          <w:p w14:paraId="15C7748C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Роман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1FCEED1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ЛУКОВИТ-РОМАН</w:t>
            </w:r>
          </w:p>
        </w:tc>
        <w:tc>
          <w:tcPr>
            <w:tcW w:w="4427" w:type="dxa"/>
            <w:shd w:val="clear" w:color="auto" w:fill="F2F2F2"/>
          </w:tcPr>
          <w:p w14:paraId="606A30B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64DCDB5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141122C" w14:textId="77777777" w:rsidTr="00673904">
        <w:tc>
          <w:tcPr>
            <w:tcW w:w="567" w:type="dxa"/>
          </w:tcPr>
          <w:p w14:paraId="12DAF7A5" w14:textId="77777777" w:rsidR="00E33B78" w:rsidRDefault="00673904">
            <w:r>
              <w:rPr>
                <w:sz w:val="17"/>
              </w:rPr>
              <w:t>71</w:t>
            </w:r>
          </w:p>
        </w:tc>
        <w:tc>
          <w:tcPr>
            <w:tcW w:w="1384" w:type="dxa"/>
          </w:tcPr>
          <w:p w14:paraId="755B243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Рудозем</w:t>
            </w:r>
            <w:proofErr w:type="spellEnd"/>
          </w:p>
        </w:tc>
        <w:tc>
          <w:tcPr>
            <w:tcW w:w="2126" w:type="dxa"/>
          </w:tcPr>
          <w:p w14:paraId="448969C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"КИЧИКА"- МАДАН - РУДОЗЕМ</w:t>
            </w:r>
          </w:p>
        </w:tc>
        <w:tc>
          <w:tcPr>
            <w:tcW w:w="4427" w:type="dxa"/>
          </w:tcPr>
          <w:p w14:paraId="66AC1E2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740DD213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68D105E1" w14:textId="77777777" w:rsidTr="00673904">
        <w:tc>
          <w:tcPr>
            <w:tcW w:w="567" w:type="dxa"/>
            <w:shd w:val="clear" w:color="auto" w:fill="F2F2F2"/>
          </w:tcPr>
          <w:p w14:paraId="4862F1C8" w14:textId="77777777" w:rsidR="00E33B78" w:rsidRDefault="00673904">
            <w:r>
              <w:rPr>
                <w:sz w:val="17"/>
              </w:rPr>
              <w:t>72</w:t>
            </w:r>
          </w:p>
        </w:tc>
        <w:tc>
          <w:tcPr>
            <w:tcW w:w="1384" w:type="dxa"/>
            <w:shd w:val="clear" w:color="auto" w:fill="F2F2F2"/>
          </w:tcPr>
          <w:p w14:paraId="16E270A8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Своге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08089F3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КОСТИНБРОД-СВОГЕ</w:t>
            </w:r>
          </w:p>
        </w:tc>
        <w:tc>
          <w:tcPr>
            <w:tcW w:w="4427" w:type="dxa"/>
            <w:shd w:val="clear" w:color="auto" w:fill="F2F2F2"/>
          </w:tcPr>
          <w:p w14:paraId="4DD0038D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40250F84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D78A156" w14:textId="77777777" w:rsidTr="00673904">
        <w:tc>
          <w:tcPr>
            <w:tcW w:w="567" w:type="dxa"/>
          </w:tcPr>
          <w:p w14:paraId="35DB7B28" w14:textId="77777777" w:rsidR="00E33B78" w:rsidRDefault="00673904">
            <w:r>
              <w:rPr>
                <w:sz w:val="17"/>
              </w:rPr>
              <w:t>73</w:t>
            </w:r>
          </w:p>
        </w:tc>
        <w:tc>
          <w:tcPr>
            <w:tcW w:w="1384" w:type="dxa"/>
          </w:tcPr>
          <w:p w14:paraId="40106F05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Симитли</w:t>
            </w:r>
            <w:proofErr w:type="spellEnd"/>
          </w:p>
        </w:tc>
        <w:tc>
          <w:tcPr>
            <w:tcW w:w="2126" w:type="dxa"/>
          </w:tcPr>
          <w:p w14:paraId="517FE33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СТРУМА-СИМИТЛИ, КРЕСНА И СТРУМЯНИ</w:t>
            </w:r>
          </w:p>
        </w:tc>
        <w:tc>
          <w:tcPr>
            <w:tcW w:w="4427" w:type="dxa"/>
          </w:tcPr>
          <w:p w14:paraId="323C8B00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</w:tcPr>
          <w:p w14:paraId="57AD468E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:rsidRPr="00B06560" w14:paraId="5921FECE" w14:textId="77777777" w:rsidTr="00673904">
        <w:tc>
          <w:tcPr>
            <w:tcW w:w="567" w:type="dxa"/>
            <w:shd w:val="clear" w:color="auto" w:fill="DFF3E3"/>
          </w:tcPr>
          <w:p w14:paraId="07D21B5D" w14:textId="77777777" w:rsidR="00E33B78" w:rsidRDefault="00673904">
            <w:r>
              <w:rPr>
                <w:sz w:val="17"/>
              </w:rPr>
              <w:t>74</w:t>
            </w:r>
          </w:p>
        </w:tc>
        <w:tc>
          <w:tcPr>
            <w:tcW w:w="1384" w:type="dxa"/>
            <w:shd w:val="clear" w:color="auto" w:fill="DFF3E3"/>
          </w:tcPr>
          <w:p w14:paraId="22707E54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Сливен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50AB113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ТВЪРДИЦА - СЛИВЕН - ДОЛИНАТА НА ПРАСКОВИТЕ</w:t>
            </w:r>
          </w:p>
        </w:tc>
        <w:tc>
          <w:tcPr>
            <w:tcW w:w="4427" w:type="dxa"/>
            <w:shd w:val="clear" w:color="auto" w:fill="DFF3E3"/>
          </w:tcPr>
          <w:p w14:paraId="4DBF52E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DFF3E3"/>
          </w:tcPr>
          <w:p w14:paraId="3FDB3F8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:rsidRPr="00B06560" w14:paraId="1D4ABB4F" w14:textId="77777777" w:rsidTr="00673904">
        <w:tc>
          <w:tcPr>
            <w:tcW w:w="567" w:type="dxa"/>
            <w:shd w:val="clear" w:color="auto" w:fill="DFF3E3"/>
          </w:tcPr>
          <w:p w14:paraId="083904F9" w14:textId="77777777" w:rsidR="00E33B78" w:rsidRDefault="00673904">
            <w:r>
              <w:rPr>
                <w:sz w:val="17"/>
              </w:rPr>
              <w:t>75</w:t>
            </w:r>
          </w:p>
        </w:tc>
        <w:tc>
          <w:tcPr>
            <w:tcW w:w="1384" w:type="dxa"/>
            <w:shd w:val="clear" w:color="auto" w:fill="DFF3E3"/>
          </w:tcPr>
          <w:p w14:paraId="0E8079A9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Сливен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71C7FA8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ТУНДЖА - СЛИВЕН - ДОЛИНАТА НА ТУНДЖА</w:t>
            </w:r>
          </w:p>
        </w:tc>
        <w:tc>
          <w:tcPr>
            <w:tcW w:w="4427" w:type="dxa"/>
            <w:shd w:val="clear" w:color="auto" w:fill="DFF3E3"/>
          </w:tcPr>
          <w:p w14:paraId="1FE2AE0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DFF3E3"/>
          </w:tcPr>
          <w:p w14:paraId="563A7FE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:rsidRPr="00B06560" w14:paraId="55B15801" w14:textId="77777777" w:rsidTr="00673904">
        <w:tc>
          <w:tcPr>
            <w:tcW w:w="567" w:type="dxa"/>
            <w:shd w:val="clear" w:color="auto" w:fill="DFF3E3"/>
          </w:tcPr>
          <w:p w14:paraId="5700841D" w14:textId="77777777" w:rsidR="00E33B78" w:rsidRDefault="00673904">
            <w:r>
              <w:rPr>
                <w:sz w:val="17"/>
              </w:rPr>
              <w:t>76</w:t>
            </w:r>
          </w:p>
        </w:tc>
        <w:tc>
          <w:tcPr>
            <w:tcW w:w="1384" w:type="dxa"/>
            <w:shd w:val="clear" w:color="auto" w:fill="DFF3E3"/>
          </w:tcPr>
          <w:p w14:paraId="49D93223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Сливен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2C654E3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СТРАЛДЖА - СЛИВЕН 2023</w:t>
            </w:r>
          </w:p>
        </w:tc>
        <w:tc>
          <w:tcPr>
            <w:tcW w:w="4427" w:type="dxa"/>
            <w:shd w:val="clear" w:color="auto" w:fill="DFF3E3"/>
          </w:tcPr>
          <w:p w14:paraId="45777F1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DFF3E3"/>
          </w:tcPr>
          <w:p w14:paraId="14532B5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:rsidRPr="00B06560" w14:paraId="399EBE2E" w14:textId="77777777" w:rsidTr="00673904">
        <w:tc>
          <w:tcPr>
            <w:tcW w:w="567" w:type="dxa"/>
            <w:shd w:val="clear" w:color="auto" w:fill="DFF3E3"/>
          </w:tcPr>
          <w:p w14:paraId="0F8A0432" w14:textId="77777777" w:rsidR="00E33B78" w:rsidRDefault="00673904">
            <w:r>
              <w:rPr>
                <w:sz w:val="17"/>
              </w:rPr>
              <w:t>77</w:t>
            </w:r>
          </w:p>
        </w:tc>
        <w:tc>
          <w:tcPr>
            <w:tcW w:w="1384" w:type="dxa"/>
            <w:shd w:val="clear" w:color="auto" w:fill="DFF3E3"/>
          </w:tcPr>
          <w:p w14:paraId="3CCF9FDF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Сливен</w:t>
            </w:r>
            <w:proofErr w:type="spellEnd"/>
          </w:p>
        </w:tc>
        <w:tc>
          <w:tcPr>
            <w:tcW w:w="2126" w:type="dxa"/>
            <w:shd w:val="clear" w:color="auto" w:fill="DFF3E3"/>
          </w:tcPr>
          <w:p w14:paraId="0435003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КОТЕЛ, СЛИВЕН И ВЪРБИЦА</w:t>
            </w:r>
          </w:p>
        </w:tc>
        <w:tc>
          <w:tcPr>
            <w:tcW w:w="4427" w:type="dxa"/>
            <w:shd w:val="clear" w:color="auto" w:fill="DFF3E3"/>
          </w:tcPr>
          <w:p w14:paraId="0055D51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DFF3E3"/>
          </w:tcPr>
          <w:p w14:paraId="77DB783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b/>
                <w:sz w:val="17"/>
                <w:lang w:val="ru-RU"/>
              </w:rPr>
              <w:t>ДОПУСТИМИ (в определени н.места)</w:t>
            </w:r>
          </w:p>
        </w:tc>
      </w:tr>
      <w:tr w:rsidR="00E33B78" w14:paraId="7FA94FBD" w14:textId="77777777" w:rsidTr="00673904">
        <w:tc>
          <w:tcPr>
            <w:tcW w:w="567" w:type="dxa"/>
            <w:shd w:val="clear" w:color="auto" w:fill="F2F2F2"/>
          </w:tcPr>
          <w:p w14:paraId="19F2AC6D" w14:textId="77777777" w:rsidR="00E33B78" w:rsidRDefault="00673904">
            <w:r>
              <w:rPr>
                <w:sz w:val="17"/>
              </w:rPr>
              <w:t>78</w:t>
            </w:r>
          </w:p>
        </w:tc>
        <w:tc>
          <w:tcPr>
            <w:tcW w:w="1384" w:type="dxa"/>
            <w:shd w:val="clear" w:color="auto" w:fill="F2F2F2"/>
          </w:tcPr>
          <w:p w14:paraId="0DCD908A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Сливница</w:t>
            </w:r>
            <w:proofErr w:type="spellEnd"/>
          </w:p>
        </w:tc>
        <w:tc>
          <w:tcPr>
            <w:tcW w:w="2126" w:type="dxa"/>
            <w:shd w:val="clear" w:color="auto" w:fill="F2F2F2"/>
          </w:tcPr>
          <w:p w14:paraId="222EC7C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СЛИВНИЦА – БРЕЗНИК</w:t>
            </w:r>
          </w:p>
        </w:tc>
        <w:tc>
          <w:tcPr>
            <w:tcW w:w="4427" w:type="dxa"/>
            <w:shd w:val="clear" w:color="auto" w:fill="F2F2F2"/>
          </w:tcPr>
          <w:p w14:paraId="77B3590F" w14:textId="77777777" w:rsidR="00E33B78" w:rsidRDefault="00673904">
            <w:proofErr w:type="spellStart"/>
            <w:proofErr w:type="gramStart"/>
            <w:r>
              <w:rPr>
                <w:sz w:val="17"/>
              </w:rPr>
              <w:t>Югозападен</w:t>
            </w:r>
            <w:proofErr w:type="spellEnd"/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Район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2F2F2"/>
          </w:tcPr>
          <w:p w14:paraId="366C9BFF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C4CDABA" w14:textId="77777777" w:rsidTr="00673904">
        <w:tc>
          <w:tcPr>
            <w:tcW w:w="567" w:type="dxa"/>
          </w:tcPr>
          <w:p w14:paraId="1D64F827" w14:textId="77777777" w:rsidR="00E33B78" w:rsidRDefault="00673904">
            <w:r>
              <w:rPr>
                <w:sz w:val="17"/>
              </w:rPr>
              <w:t>79</w:t>
            </w:r>
          </w:p>
        </w:tc>
        <w:tc>
          <w:tcPr>
            <w:tcW w:w="1384" w:type="dxa"/>
          </w:tcPr>
          <w:p w14:paraId="4590B8A0" w14:textId="77777777" w:rsidR="00E33B78" w:rsidRDefault="00673904">
            <w:proofErr w:type="spellStart"/>
            <w:r>
              <w:rPr>
                <w:sz w:val="17"/>
              </w:rPr>
              <w:t>Община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поле</w:t>
            </w:r>
            <w:proofErr w:type="spellEnd"/>
          </w:p>
        </w:tc>
        <w:tc>
          <w:tcPr>
            <w:tcW w:w="2126" w:type="dxa"/>
          </w:tcPr>
          <w:p w14:paraId="5C079E6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ТУТРАКАН - СЛИВО ПОЛЕ</w:t>
            </w:r>
          </w:p>
        </w:tc>
        <w:tc>
          <w:tcPr>
            <w:tcW w:w="4427" w:type="dxa"/>
          </w:tcPr>
          <w:p w14:paraId="2B54ABD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6A500E98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D6D623C" w14:textId="77777777" w:rsidTr="00673904">
        <w:tc>
          <w:tcPr>
            <w:tcW w:w="567" w:type="dxa"/>
            <w:shd w:val="clear" w:color="auto" w:fill="F2F2F2"/>
          </w:tcPr>
          <w:p w14:paraId="4B6FCE90" w14:textId="77777777" w:rsidR="00E33B78" w:rsidRDefault="00673904">
            <w:r>
              <w:rPr>
                <w:sz w:val="17"/>
              </w:rPr>
              <w:t>80</w:t>
            </w:r>
          </w:p>
        </w:tc>
        <w:tc>
          <w:tcPr>
            <w:tcW w:w="1384" w:type="dxa"/>
            <w:shd w:val="clear" w:color="auto" w:fill="F2F2F2"/>
          </w:tcPr>
          <w:p w14:paraId="1B543E9C" w14:textId="77777777" w:rsidR="00E33B78" w:rsidRDefault="00673904">
            <w:r>
              <w:rPr>
                <w:sz w:val="17"/>
              </w:rPr>
              <w:t>Община Смолян</w:t>
            </w:r>
          </w:p>
        </w:tc>
        <w:tc>
          <w:tcPr>
            <w:tcW w:w="2126" w:type="dxa"/>
            <w:shd w:val="clear" w:color="auto" w:fill="F2F2F2"/>
          </w:tcPr>
          <w:p w14:paraId="09F2A76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ДЕВИН-СМОЛЯН</w:t>
            </w:r>
          </w:p>
        </w:tc>
        <w:tc>
          <w:tcPr>
            <w:tcW w:w="4427" w:type="dxa"/>
            <w:shd w:val="clear" w:color="auto" w:fill="F2F2F2"/>
          </w:tcPr>
          <w:p w14:paraId="3D0D3E9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4026D95C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12348962" w14:textId="77777777" w:rsidTr="00673904">
        <w:tc>
          <w:tcPr>
            <w:tcW w:w="567" w:type="dxa"/>
          </w:tcPr>
          <w:p w14:paraId="585E5A08" w14:textId="77777777" w:rsidR="00E33B78" w:rsidRDefault="00673904">
            <w:r>
              <w:rPr>
                <w:sz w:val="17"/>
              </w:rPr>
              <w:t>81</w:t>
            </w:r>
          </w:p>
        </w:tc>
        <w:tc>
          <w:tcPr>
            <w:tcW w:w="1384" w:type="dxa"/>
          </w:tcPr>
          <w:p w14:paraId="36B0D4A0" w14:textId="77777777" w:rsidR="00E33B78" w:rsidRDefault="00673904">
            <w:r>
              <w:rPr>
                <w:sz w:val="17"/>
              </w:rPr>
              <w:t>Община Стамболово</w:t>
            </w:r>
          </w:p>
        </w:tc>
        <w:tc>
          <w:tcPr>
            <w:tcW w:w="2126" w:type="dxa"/>
          </w:tcPr>
          <w:p w14:paraId="38D9D14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СТАМБОЛОВО-КЪРДЖАЛИ 54</w:t>
            </w:r>
          </w:p>
        </w:tc>
        <w:tc>
          <w:tcPr>
            <w:tcW w:w="4427" w:type="dxa"/>
          </w:tcPr>
          <w:p w14:paraId="173F1BEA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6B1EA889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9909CE0" w14:textId="77777777" w:rsidTr="00673904">
        <w:tc>
          <w:tcPr>
            <w:tcW w:w="567" w:type="dxa"/>
            <w:shd w:val="clear" w:color="auto" w:fill="F2F2F2"/>
          </w:tcPr>
          <w:p w14:paraId="04872097" w14:textId="77777777" w:rsidR="00E33B78" w:rsidRDefault="00673904">
            <w:r>
              <w:rPr>
                <w:sz w:val="17"/>
              </w:rPr>
              <w:t>82</w:t>
            </w:r>
          </w:p>
        </w:tc>
        <w:tc>
          <w:tcPr>
            <w:tcW w:w="1384" w:type="dxa"/>
            <w:shd w:val="clear" w:color="auto" w:fill="F2F2F2"/>
          </w:tcPr>
          <w:p w14:paraId="4EF9E5DF" w14:textId="77777777" w:rsidR="00E33B78" w:rsidRDefault="00673904">
            <w:r>
              <w:rPr>
                <w:sz w:val="17"/>
              </w:rPr>
              <w:t>Община Стралджа</w:t>
            </w:r>
          </w:p>
        </w:tc>
        <w:tc>
          <w:tcPr>
            <w:tcW w:w="2126" w:type="dxa"/>
            <w:shd w:val="clear" w:color="auto" w:fill="F2F2F2"/>
          </w:tcPr>
          <w:p w14:paraId="63F46B8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СТРАЛДЖА - СЛИВЕН 2023</w:t>
            </w:r>
          </w:p>
        </w:tc>
        <w:tc>
          <w:tcPr>
            <w:tcW w:w="4427" w:type="dxa"/>
            <w:shd w:val="clear" w:color="auto" w:fill="F2F2F2"/>
          </w:tcPr>
          <w:p w14:paraId="32CD4FB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0977F221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4BD71684" w14:textId="77777777" w:rsidTr="00673904">
        <w:tc>
          <w:tcPr>
            <w:tcW w:w="567" w:type="dxa"/>
          </w:tcPr>
          <w:p w14:paraId="1BDF22C1" w14:textId="77777777" w:rsidR="00E33B78" w:rsidRDefault="00673904">
            <w:r>
              <w:rPr>
                <w:sz w:val="17"/>
              </w:rPr>
              <w:t>83</w:t>
            </w:r>
          </w:p>
        </w:tc>
        <w:tc>
          <w:tcPr>
            <w:tcW w:w="1384" w:type="dxa"/>
          </w:tcPr>
          <w:p w14:paraId="5A4516BC" w14:textId="77777777" w:rsidR="00E33B78" w:rsidRDefault="00673904">
            <w:r>
              <w:rPr>
                <w:sz w:val="17"/>
              </w:rPr>
              <w:t>Община Струмяни</w:t>
            </w:r>
          </w:p>
        </w:tc>
        <w:tc>
          <w:tcPr>
            <w:tcW w:w="2126" w:type="dxa"/>
          </w:tcPr>
          <w:p w14:paraId="2786153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СТРУМА-СИМИТЛИ, КРЕСНА И СТРУМЯНИ</w:t>
            </w:r>
          </w:p>
        </w:tc>
        <w:tc>
          <w:tcPr>
            <w:tcW w:w="4427" w:type="dxa"/>
          </w:tcPr>
          <w:p w14:paraId="5DE8E6E6" w14:textId="77777777" w:rsidR="00E33B78" w:rsidRDefault="00673904">
            <w:r>
              <w:rPr>
                <w:sz w:val="17"/>
              </w:rPr>
              <w:t>Югозападен  Район</w:t>
            </w:r>
          </w:p>
        </w:tc>
        <w:tc>
          <w:tcPr>
            <w:tcW w:w="1417" w:type="dxa"/>
          </w:tcPr>
          <w:p w14:paraId="4AEEF26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F863E3D" w14:textId="77777777" w:rsidTr="00673904">
        <w:tc>
          <w:tcPr>
            <w:tcW w:w="567" w:type="dxa"/>
            <w:shd w:val="clear" w:color="auto" w:fill="F2F2F2"/>
          </w:tcPr>
          <w:p w14:paraId="15879468" w14:textId="77777777" w:rsidR="00E33B78" w:rsidRDefault="00673904">
            <w:r>
              <w:rPr>
                <w:sz w:val="17"/>
              </w:rPr>
              <w:t>84</w:t>
            </w:r>
          </w:p>
        </w:tc>
        <w:tc>
          <w:tcPr>
            <w:tcW w:w="1384" w:type="dxa"/>
            <w:shd w:val="clear" w:color="auto" w:fill="F2F2F2"/>
          </w:tcPr>
          <w:p w14:paraId="0D551414" w14:textId="77777777" w:rsidR="00E33B78" w:rsidRDefault="00673904">
            <w:r>
              <w:rPr>
                <w:sz w:val="17"/>
              </w:rPr>
              <w:t>Община Суворово</w:t>
            </w:r>
          </w:p>
        </w:tc>
        <w:tc>
          <w:tcPr>
            <w:tcW w:w="2126" w:type="dxa"/>
            <w:shd w:val="clear" w:color="auto" w:fill="F2F2F2"/>
          </w:tcPr>
          <w:p w14:paraId="13F002E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ДЕВНЯ – СУВОРОВО</w:t>
            </w:r>
          </w:p>
        </w:tc>
        <w:tc>
          <w:tcPr>
            <w:tcW w:w="4427" w:type="dxa"/>
            <w:shd w:val="clear" w:color="auto" w:fill="F2F2F2"/>
          </w:tcPr>
          <w:p w14:paraId="79AB53B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3CB89057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7A0C4A0" w14:textId="77777777" w:rsidTr="00673904">
        <w:tc>
          <w:tcPr>
            <w:tcW w:w="567" w:type="dxa"/>
          </w:tcPr>
          <w:p w14:paraId="2C0E5B77" w14:textId="77777777" w:rsidR="00E33B78" w:rsidRDefault="00673904">
            <w:r>
              <w:rPr>
                <w:sz w:val="17"/>
              </w:rPr>
              <w:t>85</w:t>
            </w:r>
          </w:p>
        </w:tc>
        <w:tc>
          <w:tcPr>
            <w:tcW w:w="1384" w:type="dxa"/>
          </w:tcPr>
          <w:p w14:paraId="3DD7ABA3" w14:textId="77777777" w:rsidR="00E33B78" w:rsidRDefault="00673904">
            <w:r>
              <w:rPr>
                <w:sz w:val="17"/>
              </w:rPr>
              <w:t>Община Сунгурларе</w:t>
            </w:r>
          </w:p>
        </w:tc>
        <w:tc>
          <w:tcPr>
            <w:tcW w:w="2126" w:type="dxa"/>
          </w:tcPr>
          <w:p w14:paraId="15E06A07" w14:textId="77777777" w:rsidR="00E33B78" w:rsidRDefault="00673904">
            <w:r>
              <w:rPr>
                <w:sz w:val="17"/>
              </w:rPr>
              <w:t>„МЕСТНА ИНИЦИАТИВНА ГРУПА СУНГУРЛАРЕ</w:t>
            </w:r>
          </w:p>
        </w:tc>
        <w:tc>
          <w:tcPr>
            <w:tcW w:w="4427" w:type="dxa"/>
          </w:tcPr>
          <w:p w14:paraId="5D5051E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6D62F012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94A119D" w14:textId="77777777" w:rsidTr="00673904">
        <w:tc>
          <w:tcPr>
            <w:tcW w:w="567" w:type="dxa"/>
            <w:shd w:val="clear" w:color="auto" w:fill="F2F2F2"/>
          </w:tcPr>
          <w:p w14:paraId="3DA3D8C2" w14:textId="77777777" w:rsidR="00E33B78" w:rsidRDefault="00673904">
            <w:r>
              <w:rPr>
                <w:sz w:val="17"/>
              </w:rPr>
              <w:t>86</w:t>
            </w:r>
          </w:p>
        </w:tc>
        <w:tc>
          <w:tcPr>
            <w:tcW w:w="1384" w:type="dxa"/>
            <w:shd w:val="clear" w:color="auto" w:fill="F2F2F2"/>
          </w:tcPr>
          <w:p w14:paraId="51BF71E0" w14:textId="77777777" w:rsidR="00E33B78" w:rsidRDefault="00673904">
            <w:r>
              <w:rPr>
                <w:sz w:val="17"/>
              </w:rPr>
              <w:t>Община Сухиндол</w:t>
            </w:r>
          </w:p>
        </w:tc>
        <w:tc>
          <w:tcPr>
            <w:tcW w:w="2126" w:type="dxa"/>
            <w:shd w:val="clear" w:color="auto" w:fill="F2F2F2"/>
          </w:tcPr>
          <w:p w14:paraId="388091B1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ЛЕВСКИ-СУХИНДОЛ</w:t>
            </w:r>
          </w:p>
        </w:tc>
        <w:tc>
          <w:tcPr>
            <w:tcW w:w="4427" w:type="dxa"/>
            <w:shd w:val="clear" w:color="auto" w:fill="F2F2F2"/>
          </w:tcPr>
          <w:p w14:paraId="3761FBA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45012DE2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EC2412C" w14:textId="77777777" w:rsidTr="00673904">
        <w:tc>
          <w:tcPr>
            <w:tcW w:w="567" w:type="dxa"/>
          </w:tcPr>
          <w:p w14:paraId="09929E10" w14:textId="77777777" w:rsidR="00E33B78" w:rsidRDefault="00673904">
            <w:r>
              <w:rPr>
                <w:sz w:val="17"/>
              </w:rPr>
              <w:lastRenderedPageBreak/>
              <w:t>87</w:t>
            </w:r>
          </w:p>
        </w:tc>
        <w:tc>
          <w:tcPr>
            <w:tcW w:w="1384" w:type="dxa"/>
          </w:tcPr>
          <w:p w14:paraId="58C6801C" w14:textId="77777777" w:rsidR="00E33B78" w:rsidRDefault="00673904">
            <w:r>
              <w:rPr>
                <w:sz w:val="17"/>
              </w:rPr>
              <w:t>Община Съединение</w:t>
            </w:r>
          </w:p>
        </w:tc>
        <w:tc>
          <w:tcPr>
            <w:tcW w:w="2126" w:type="dxa"/>
          </w:tcPr>
          <w:p w14:paraId="522DAA2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КАЛОЯНОВО - СЪЕДИНЕНИЕ</w:t>
            </w:r>
          </w:p>
        </w:tc>
        <w:tc>
          <w:tcPr>
            <w:tcW w:w="4427" w:type="dxa"/>
          </w:tcPr>
          <w:p w14:paraId="3CE4ACC6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2BC4FA47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D78098D" w14:textId="77777777" w:rsidTr="00673904">
        <w:tc>
          <w:tcPr>
            <w:tcW w:w="567" w:type="dxa"/>
            <w:shd w:val="clear" w:color="auto" w:fill="F2F2F2"/>
          </w:tcPr>
          <w:p w14:paraId="3D4B047C" w14:textId="77777777" w:rsidR="00E33B78" w:rsidRDefault="00673904">
            <w:r>
              <w:rPr>
                <w:sz w:val="17"/>
              </w:rPr>
              <w:t>88</w:t>
            </w:r>
          </w:p>
        </w:tc>
        <w:tc>
          <w:tcPr>
            <w:tcW w:w="1384" w:type="dxa"/>
            <w:shd w:val="clear" w:color="auto" w:fill="F2F2F2"/>
          </w:tcPr>
          <w:p w14:paraId="01F7D82D" w14:textId="77777777" w:rsidR="00E33B78" w:rsidRDefault="00673904">
            <w:r>
              <w:rPr>
                <w:sz w:val="17"/>
              </w:rPr>
              <w:t>Община Твърдица</w:t>
            </w:r>
          </w:p>
        </w:tc>
        <w:tc>
          <w:tcPr>
            <w:tcW w:w="2126" w:type="dxa"/>
            <w:shd w:val="clear" w:color="auto" w:fill="F2F2F2"/>
          </w:tcPr>
          <w:p w14:paraId="1C2CE2A2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ТВЪРДИЦА - СЛИВЕН - ДОЛИНАТА НА ПРАСКОВИТЕ</w:t>
            </w:r>
          </w:p>
        </w:tc>
        <w:tc>
          <w:tcPr>
            <w:tcW w:w="4427" w:type="dxa"/>
            <w:shd w:val="clear" w:color="auto" w:fill="F2F2F2"/>
          </w:tcPr>
          <w:p w14:paraId="00FF21B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  <w:shd w:val="clear" w:color="auto" w:fill="F2F2F2"/>
          </w:tcPr>
          <w:p w14:paraId="56BE4C0A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6B07724" w14:textId="77777777" w:rsidTr="00673904">
        <w:tc>
          <w:tcPr>
            <w:tcW w:w="567" w:type="dxa"/>
          </w:tcPr>
          <w:p w14:paraId="61135D6F" w14:textId="77777777" w:rsidR="00E33B78" w:rsidRDefault="00673904">
            <w:r>
              <w:rPr>
                <w:sz w:val="17"/>
              </w:rPr>
              <w:t>89</w:t>
            </w:r>
          </w:p>
        </w:tc>
        <w:tc>
          <w:tcPr>
            <w:tcW w:w="1384" w:type="dxa"/>
          </w:tcPr>
          <w:p w14:paraId="3EF444CA" w14:textId="77777777" w:rsidR="00E33B78" w:rsidRDefault="00673904">
            <w:r>
              <w:rPr>
                <w:sz w:val="17"/>
              </w:rPr>
              <w:t>Община Тетевен</w:t>
            </w:r>
          </w:p>
        </w:tc>
        <w:tc>
          <w:tcPr>
            <w:tcW w:w="2126" w:type="dxa"/>
          </w:tcPr>
          <w:p w14:paraId="3BFFCE94" w14:textId="77777777" w:rsidR="00E33B78" w:rsidRDefault="00673904">
            <w:r>
              <w:rPr>
                <w:sz w:val="17"/>
              </w:rPr>
              <w:t>МЕСТНА ИНИЦИАТИВНА ГРУПА - ТЕТЕВЕН</w:t>
            </w:r>
          </w:p>
        </w:tc>
        <w:tc>
          <w:tcPr>
            <w:tcW w:w="4427" w:type="dxa"/>
          </w:tcPr>
          <w:p w14:paraId="5FA4CB65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01BD468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F69CA08" w14:textId="77777777" w:rsidTr="00673904">
        <w:tc>
          <w:tcPr>
            <w:tcW w:w="567" w:type="dxa"/>
            <w:shd w:val="clear" w:color="auto" w:fill="F2F2F2"/>
          </w:tcPr>
          <w:p w14:paraId="4AD7865B" w14:textId="77777777" w:rsidR="00E33B78" w:rsidRDefault="00673904">
            <w:r>
              <w:rPr>
                <w:sz w:val="17"/>
              </w:rPr>
              <w:t>90</w:t>
            </w:r>
          </w:p>
        </w:tc>
        <w:tc>
          <w:tcPr>
            <w:tcW w:w="1384" w:type="dxa"/>
            <w:shd w:val="clear" w:color="auto" w:fill="F2F2F2"/>
          </w:tcPr>
          <w:p w14:paraId="494A2893" w14:textId="77777777" w:rsidR="00E33B78" w:rsidRDefault="00673904">
            <w:r>
              <w:rPr>
                <w:sz w:val="17"/>
              </w:rPr>
              <w:t>Община Трекляно</w:t>
            </w:r>
          </w:p>
        </w:tc>
        <w:tc>
          <w:tcPr>
            <w:tcW w:w="2126" w:type="dxa"/>
            <w:shd w:val="clear" w:color="auto" w:fill="F2F2F2"/>
          </w:tcPr>
          <w:p w14:paraId="3D036F3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НЕВЕСТИНО - КЮСТЕНДИЛ- ТРЕКЛЯНО - БОБОШЕВО - КОЧЕРИНОВО - РИЛА</w:t>
            </w:r>
          </w:p>
        </w:tc>
        <w:tc>
          <w:tcPr>
            <w:tcW w:w="4427" w:type="dxa"/>
            <w:shd w:val="clear" w:color="auto" w:fill="F2F2F2"/>
          </w:tcPr>
          <w:p w14:paraId="47CF36D9" w14:textId="77777777" w:rsidR="00E33B78" w:rsidRDefault="00673904">
            <w:r>
              <w:rPr>
                <w:sz w:val="17"/>
              </w:rPr>
              <w:t>Югозападен  Район</w:t>
            </w:r>
          </w:p>
        </w:tc>
        <w:tc>
          <w:tcPr>
            <w:tcW w:w="1417" w:type="dxa"/>
            <w:shd w:val="clear" w:color="auto" w:fill="F2F2F2"/>
          </w:tcPr>
          <w:p w14:paraId="73780BCE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7CBDCE20" w14:textId="77777777" w:rsidTr="00673904">
        <w:tc>
          <w:tcPr>
            <w:tcW w:w="567" w:type="dxa"/>
          </w:tcPr>
          <w:p w14:paraId="787879D5" w14:textId="77777777" w:rsidR="00E33B78" w:rsidRDefault="00673904">
            <w:r>
              <w:rPr>
                <w:sz w:val="17"/>
              </w:rPr>
              <w:t>91</w:t>
            </w:r>
          </w:p>
        </w:tc>
        <w:tc>
          <w:tcPr>
            <w:tcW w:w="1384" w:type="dxa"/>
          </w:tcPr>
          <w:p w14:paraId="40E6D3EB" w14:textId="77777777" w:rsidR="00E33B78" w:rsidRDefault="00673904">
            <w:r>
              <w:rPr>
                <w:sz w:val="17"/>
              </w:rPr>
              <w:t>Община Троян</w:t>
            </w:r>
          </w:p>
        </w:tc>
        <w:tc>
          <w:tcPr>
            <w:tcW w:w="2126" w:type="dxa"/>
          </w:tcPr>
          <w:p w14:paraId="725CBBC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 ТРОЯН, АПРИЛЦИ И УГЪРЧИН</w:t>
            </w:r>
          </w:p>
        </w:tc>
        <w:tc>
          <w:tcPr>
            <w:tcW w:w="4427" w:type="dxa"/>
          </w:tcPr>
          <w:p w14:paraId="6A9DBB1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401EE82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018CDF15" w14:textId="77777777" w:rsidTr="00673904">
        <w:tc>
          <w:tcPr>
            <w:tcW w:w="567" w:type="dxa"/>
            <w:shd w:val="clear" w:color="auto" w:fill="F2F2F2"/>
          </w:tcPr>
          <w:p w14:paraId="1899A248" w14:textId="77777777" w:rsidR="00E33B78" w:rsidRDefault="00673904">
            <w:r>
              <w:rPr>
                <w:sz w:val="17"/>
              </w:rPr>
              <w:t>92</w:t>
            </w:r>
          </w:p>
        </w:tc>
        <w:tc>
          <w:tcPr>
            <w:tcW w:w="1384" w:type="dxa"/>
            <w:shd w:val="clear" w:color="auto" w:fill="F2F2F2"/>
          </w:tcPr>
          <w:p w14:paraId="58F352FC" w14:textId="77777777" w:rsidR="00E33B78" w:rsidRDefault="00673904">
            <w:r>
              <w:rPr>
                <w:sz w:val="17"/>
              </w:rPr>
              <w:t>Община Трявна</w:t>
            </w:r>
          </w:p>
        </w:tc>
        <w:tc>
          <w:tcPr>
            <w:tcW w:w="2126" w:type="dxa"/>
            <w:shd w:val="clear" w:color="auto" w:fill="F2F2F2"/>
          </w:tcPr>
          <w:p w14:paraId="09C37B8C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"ДРЯНОВО - ТРЯВНА - В СЪРЦЕТО НА БАЛКАНА</w:t>
            </w:r>
          </w:p>
        </w:tc>
        <w:tc>
          <w:tcPr>
            <w:tcW w:w="4427" w:type="dxa"/>
            <w:shd w:val="clear" w:color="auto" w:fill="F2F2F2"/>
          </w:tcPr>
          <w:p w14:paraId="2B674FD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356F1532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2F805615" w14:textId="77777777" w:rsidTr="00673904">
        <w:tc>
          <w:tcPr>
            <w:tcW w:w="567" w:type="dxa"/>
          </w:tcPr>
          <w:p w14:paraId="1456D9C9" w14:textId="77777777" w:rsidR="00E33B78" w:rsidRDefault="00673904">
            <w:r>
              <w:rPr>
                <w:sz w:val="17"/>
              </w:rPr>
              <w:t>93</w:t>
            </w:r>
          </w:p>
        </w:tc>
        <w:tc>
          <w:tcPr>
            <w:tcW w:w="1384" w:type="dxa"/>
          </w:tcPr>
          <w:p w14:paraId="62EDAD7D" w14:textId="77777777" w:rsidR="00E33B78" w:rsidRDefault="00673904">
            <w:r>
              <w:rPr>
                <w:sz w:val="17"/>
              </w:rPr>
              <w:t>Община Тунджа</w:t>
            </w:r>
          </w:p>
        </w:tc>
        <w:tc>
          <w:tcPr>
            <w:tcW w:w="2126" w:type="dxa"/>
          </w:tcPr>
          <w:p w14:paraId="532585F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ТУНДЖА - СЛИВЕН - ДОЛИНАТА НА ТУНДЖА</w:t>
            </w:r>
          </w:p>
        </w:tc>
        <w:tc>
          <w:tcPr>
            <w:tcW w:w="4427" w:type="dxa"/>
          </w:tcPr>
          <w:p w14:paraId="619125F3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Южни  Райони - Югоизточен Регион (Юир) И Южен Централен Регион (Юцр)</w:t>
            </w:r>
          </w:p>
        </w:tc>
        <w:tc>
          <w:tcPr>
            <w:tcW w:w="1417" w:type="dxa"/>
          </w:tcPr>
          <w:p w14:paraId="1869D796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A1D4DC9" w14:textId="77777777" w:rsidTr="00673904">
        <w:tc>
          <w:tcPr>
            <w:tcW w:w="567" w:type="dxa"/>
            <w:shd w:val="clear" w:color="auto" w:fill="F2F2F2"/>
          </w:tcPr>
          <w:p w14:paraId="69732D22" w14:textId="77777777" w:rsidR="00E33B78" w:rsidRDefault="00673904">
            <w:r>
              <w:rPr>
                <w:sz w:val="17"/>
              </w:rPr>
              <w:t>94</w:t>
            </w:r>
          </w:p>
        </w:tc>
        <w:tc>
          <w:tcPr>
            <w:tcW w:w="1384" w:type="dxa"/>
            <w:shd w:val="clear" w:color="auto" w:fill="F2F2F2"/>
          </w:tcPr>
          <w:p w14:paraId="02975276" w14:textId="77777777" w:rsidR="00E33B78" w:rsidRDefault="00673904">
            <w:r>
              <w:rPr>
                <w:sz w:val="17"/>
              </w:rPr>
              <w:t>Община Тутракан</w:t>
            </w:r>
          </w:p>
        </w:tc>
        <w:tc>
          <w:tcPr>
            <w:tcW w:w="2126" w:type="dxa"/>
            <w:shd w:val="clear" w:color="auto" w:fill="F2F2F2"/>
          </w:tcPr>
          <w:p w14:paraId="02433BEF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ТУТРАКАН - СЛИВО ПОЛЕ</w:t>
            </w:r>
          </w:p>
        </w:tc>
        <w:tc>
          <w:tcPr>
            <w:tcW w:w="4427" w:type="dxa"/>
            <w:shd w:val="clear" w:color="auto" w:fill="F2F2F2"/>
          </w:tcPr>
          <w:p w14:paraId="685EE2BE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1B2D763A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FA4DF16" w14:textId="77777777" w:rsidTr="00673904">
        <w:tc>
          <w:tcPr>
            <w:tcW w:w="567" w:type="dxa"/>
          </w:tcPr>
          <w:p w14:paraId="113DF323" w14:textId="77777777" w:rsidR="00E33B78" w:rsidRDefault="00673904">
            <w:r>
              <w:rPr>
                <w:sz w:val="17"/>
              </w:rPr>
              <w:t>95</w:t>
            </w:r>
          </w:p>
        </w:tc>
        <w:tc>
          <w:tcPr>
            <w:tcW w:w="1384" w:type="dxa"/>
          </w:tcPr>
          <w:p w14:paraId="10A53466" w14:textId="77777777" w:rsidR="00E33B78" w:rsidRDefault="00673904">
            <w:r>
              <w:rPr>
                <w:sz w:val="17"/>
              </w:rPr>
              <w:t>Община Угърчин</w:t>
            </w:r>
          </w:p>
        </w:tc>
        <w:tc>
          <w:tcPr>
            <w:tcW w:w="2126" w:type="dxa"/>
          </w:tcPr>
          <w:p w14:paraId="2CD7E6C0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 ТРОЯН, АПРИЛЦИ И УГЪРЧИН</w:t>
            </w:r>
          </w:p>
        </w:tc>
        <w:tc>
          <w:tcPr>
            <w:tcW w:w="4427" w:type="dxa"/>
          </w:tcPr>
          <w:p w14:paraId="71BC2857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5A649494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34F3028B" w14:textId="77777777" w:rsidTr="00673904">
        <w:tc>
          <w:tcPr>
            <w:tcW w:w="567" w:type="dxa"/>
            <w:shd w:val="clear" w:color="auto" w:fill="F2F2F2"/>
          </w:tcPr>
          <w:p w14:paraId="530F295B" w14:textId="77777777" w:rsidR="00E33B78" w:rsidRDefault="00673904">
            <w:r>
              <w:rPr>
                <w:sz w:val="17"/>
              </w:rPr>
              <w:t>96</w:t>
            </w:r>
          </w:p>
        </w:tc>
        <w:tc>
          <w:tcPr>
            <w:tcW w:w="1384" w:type="dxa"/>
            <w:shd w:val="clear" w:color="auto" w:fill="F2F2F2"/>
          </w:tcPr>
          <w:p w14:paraId="07B26426" w14:textId="77777777" w:rsidR="00E33B78" w:rsidRDefault="00673904">
            <w:r>
              <w:rPr>
                <w:sz w:val="17"/>
              </w:rPr>
              <w:t>Община Хаджидимово</w:t>
            </w:r>
          </w:p>
        </w:tc>
        <w:tc>
          <w:tcPr>
            <w:tcW w:w="2126" w:type="dxa"/>
            <w:shd w:val="clear" w:color="auto" w:fill="F2F2F2"/>
          </w:tcPr>
          <w:p w14:paraId="61B8C25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- ГОЦЕ ДЕЛЧЕВ – ГЪРМЕН - ХАДЖИДИМОВО</w:t>
            </w:r>
          </w:p>
        </w:tc>
        <w:tc>
          <w:tcPr>
            <w:tcW w:w="4427" w:type="dxa"/>
            <w:shd w:val="clear" w:color="auto" w:fill="F2F2F2"/>
          </w:tcPr>
          <w:p w14:paraId="0804A12F" w14:textId="77777777" w:rsidR="00E33B78" w:rsidRDefault="00673904">
            <w:r>
              <w:rPr>
                <w:sz w:val="17"/>
              </w:rPr>
              <w:t>Югозападен  Район</w:t>
            </w:r>
          </w:p>
        </w:tc>
        <w:tc>
          <w:tcPr>
            <w:tcW w:w="1417" w:type="dxa"/>
            <w:shd w:val="clear" w:color="auto" w:fill="F2F2F2"/>
          </w:tcPr>
          <w:p w14:paraId="34A83B2D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56DC0623" w14:textId="77777777" w:rsidTr="00673904">
        <w:tc>
          <w:tcPr>
            <w:tcW w:w="567" w:type="dxa"/>
          </w:tcPr>
          <w:p w14:paraId="69B55620" w14:textId="77777777" w:rsidR="00E33B78" w:rsidRDefault="00673904">
            <w:r>
              <w:rPr>
                <w:sz w:val="17"/>
              </w:rPr>
              <w:t>97</w:t>
            </w:r>
          </w:p>
        </w:tc>
        <w:tc>
          <w:tcPr>
            <w:tcW w:w="1384" w:type="dxa"/>
          </w:tcPr>
          <w:p w14:paraId="6CB5FC56" w14:textId="77777777" w:rsidR="00E33B78" w:rsidRDefault="00673904">
            <w:r>
              <w:rPr>
                <w:sz w:val="17"/>
              </w:rPr>
              <w:t>Община Червен бряг</w:t>
            </w:r>
          </w:p>
        </w:tc>
        <w:tc>
          <w:tcPr>
            <w:tcW w:w="2126" w:type="dxa"/>
          </w:tcPr>
          <w:p w14:paraId="1C9E72F8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МЕСТНА ИНИЦИАТИВНА ГРУПА КАРЛУКОВСКИ КАРСТ - ЧЕРВЕН БРЯГ - ИСКЪР</w:t>
            </w:r>
          </w:p>
        </w:tc>
        <w:tc>
          <w:tcPr>
            <w:tcW w:w="4427" w:type="dxa"/>
          </w:tcPr>
          <w:p w14:paraId="05AD5429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</w:tcPr>
          <w:p w14:paraId="658267FB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  <w:tr w:rsidR="00E33B78" w14:paraId="4120C548" w14:textId="77777777" w:rsidTr="00673904">
        <w:tc>
          <w:tcPr>
            <w:tcW w:w="567" w:type="dxa"/>
            <w:shd w:val="clear" w:color="auto" w:fill="F2F2F2"/>
          </w:tcPr>
          <w:p w14:paraId="51E45384" w14:textId="77777777" w:rsidR="00E33B78" w:rsidRDefault="00673904">
            <w:r>
              <w:rPr>
                <w:sz w:val="17"/>
              </w:rPr>
              <w:t>98</w:t>
            </w:r>
          </w:p>
        </w:tc>
        <w:tc>
          <w:tcPr>
            <w:tcW w:w="1384" w:type="dxa"/>
            <w:shd w:val="clear" w:color="auto" w:fill="F2F2F2"/>
          </w:tcPr>
          <w:p w14:paraId="3F64D0E2" w14:textId="77777777" w:rsidR="00E33B78" w:rsidRDefault="00673904">
            <w:r>
              <w:rPr>
                <w:sz w:val="17"/>
              </w:rPr>
              <w:t>Община Шабла</w:t>
            </w:r>
          </w:p>
        </w:tc>
        <w:tc>
          <w:tcPr>
            <w:tcW w:w="2126" w:type="dxa"/>
            <w:shd w:val="clear" w:color="auto" w:fill="F2F2F2"/>
          </w:tcPr>
          <w:p w14:paraId="19AE577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„МЕСТНА ИНИЦИАТИВНА ГРУПА КАВАРНА – ШАБЛА</w:t>
            </w:r>
          </w:p>
        </w:tc>
        <w:tc>
          <w:tcPr>
            <w:tcW w:w="4427" w:type="dxa"/>
            <w:shd w:val="clear" w:color="auto" w:fill="F2F2F2"/>
          </w:tcPr>
          <w:p w14:paraId="505DBF74" w14:textId="77777777" w:rsidR="00E33B78" w:rsidRPr="00673904" w:rsidRDefault="00673904">
            <w:pPr>
              <w:rPr>
                <w:lang w:val="ru-RU"/>
              </w:rPr>
            </w:pPr>
            <w:r w:rsidRPr="00673904">
              <w:rPr>
                <w:sz w:val="17"/>
                <w:lang w:val="ru-RU"/>
              </w:rPr>
              <w:t>Северни  Райони - Северозападен Регион (Сзр), Северен Централен Регион (Сцр) И Североизточен Регион (Сир)</w:t>
            </w:r>
          </w:p>
        </w:tc>
        <w:tc>
          <w:tcPr>
            <w:tcW w:w="1417" w:type="dxa"/>
            <w:shd w:val="clear" w:color="auto" w:fill="F2F2F2"/>
          </w:tcPr>
          <w:p w14:paraId="37869577" w14:textId="77777777" w:rsidR="00E33B78" w:rsidRDefault="00673904">
            <w:r>
              <w:rPr>
                <w:sz w:val="17"/>
              </w:rPr>
              <w:t>НЕДОПУСТИМИ</w:t>
            </w:r>
          </w:p>
        </w:tc>
      </w:tr>
    </w:tbl>
    <w:p w14:paraId="213D26D6" w14:textId="77777777" w:rsidR="00E33B78" w:rsidRDefault="00E33B78"/>
    <w:p w14:paraId="4207A4C0" w14:textId="77777777" w:rsidR="00E33B78" w:rsidRPr="00673904" w:rsidRDefault="00673904">
      <w:pPr>
        <w:rPr>
          <w:lang w:val="ru-RU"/>
        </w:rPr>
      </w:pPr>
      <w:r w:rsidRPr="00673904">
        <w:rPr>
          <w:b/>
          <w:color w:val="1F3B57"/>
          <w:sz w:val="18"/>
          <w:lang w:val="ru-RU"/>
        </w:rPr>
        <w:t>Общо редове: 98 | От тях с допустимост за микропредприятия: 10 | Само за малки и средни предприятия (без микро): 88</w:t>
      </w:r>
    </w:p>
    <w:p w14:paraId="3A483EC1" w14:textId="77777777" w:rsidR="00E33B78" w:rsidRPr="00673904" w:rsidRDefault="00673904">
      <w:pPr>
        <w:rPr>
          <w:lang w:val="ru-RU"/>
        </w:rPr>
      </w:pPr>
      <w:r w:rsidRPr="00673904">
        <w:rPr>
          <w:i/>
          <w:color w:val="666666"/>
          <w:sz w:val="17"/>
          <w:lang w:val="ru-RU"/>
        </w:rPr>
        <w:t>Забележка: Общините Сливен (4 реда) и Кърджали (2 реда) са изброени повече от веднъж, тъй като различни населени места от тези големи общини попадат в териториите на различни МИГ (напр. едни села на община Сливен са в МИГ „Твърдица-Сливен“, други — в МИГ „Тунджа-Сливен“, „Стралджа-Сливен“ или „Котел, Сливен и Върбица“). Затова в таблицата общият брой редове (98) е по-голям от броя уникални имена на общини (94) — вижте Документ 2 за точния списък на населените места по всеки отделен ред.</w:t>
      </w:r>
    </w:p>
    <w:sectPr w:rsidR="00E33B78" w:rsidRPr="00673904" w:rsidSect="00034616">
      <w:headerReference w:type="default" r:id="rId8"/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9BF5" w14:textId="77777777" w:rsidR="00820ACA" w:rsidRDefault="00820ACA" w:rsidP="00B06560">
      <w:pPr>
        <w:spacing w:after="0" w:line="240" w:lineRule="auto"/>
      </w:pPr>
      <w:r>
        <w:separator/>
      </w:r>
    </w:p>
  </w:endnote>
  <w:endnote w:type="continuationSeparator" w:id="0">
    <w:p w14:paraId="46326A16" w14:textId="77777777" w:rsidR="00820ACA" w:rsidRDefault="00820ACA" w:rsidP="00B0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07C5" w14:textId="7A67CFF1" w:rsidR="00B06560" w:rsidRPr="00B06560" w:rsidRDefault="00B06560" w:rsidP="00B06560">
    <w:pPr>
      <w:pStyle w:val="Footer"/>
      <w:jc w:val="center"/>
      <w:rPr>
        <w:rFonts w:asciiTheme="minorHAnsi" w:hAnsiTheme="minorHAnsi"/>
        <w:lang w:val="bg-BG"/>
      </w:rPr>
    </w:pPr>
    <w:r w:rsidRPr="00B06560">
      <w:rPr>
        <w:rFonts w:asciiTheme="minorHAnsi" w:hAnsiTheme="minorHAnsi"/>
        <w:lang w:val="bg-BG"/>
      </w:rPr>
      <w:t>Консултантска компания ИНОС ТРЕЙД ЕООД</w:t>
    </w:r>
  </w:p>
  <w:p w14:paraId="7BA150AD" w14:textId="3B4204FE" w:rsidR="00B06560" w:rsidRPr="00B06560" w:rsidRDefault="00B06560" w:rsidP="00B06560">
    <w:pPr>
      <w:pStyle w:val="Footer"/>
      <w:jc w:val="center"/>
      <w:rPr>
        <w:rFonts w:asciiTheme="minorHAnsi" w:hAnsiTheme="minorHAnsi"/>
        <w:lang w:val="bg-BG"/>
      </w:rPr>
    </w:pPr>
    <w:r w:rsidRPr="00B06560">
      <w:rPr>
        <w:rFonts w:asciiTheme="minorHAnsi" w:hAnsiTheme="minorHAnsi"/>
        <w:lang w:val="bg-BG"/>
      </w:rPr>
      <w:t>Телефон за контакти: +359 878 641478</w:t>
    </w:r>
  </w:p>
  <w:p w14:paraId="6EC656C4" w14:textId="7CE5E3D3" w:rsidR="00B06560" w:rsidRPr="00B06560" w:rsidRDefault="00B06560" w:rsidP="00B06560">
    <w:pPr>
      <w:pStyle w:val="Footer"/>
      <w:jc w:val="center"/>
      <w:rPr>
        <w:rFonts w:asciiTheme="minorHAnsi" w:hAnsiTheme="minorHAnsi"/>
      </w:rPr>
    </w:pPr>
    <w:r w:rsidRPr="00B06560">
      <w:rPr>
        <w:rFonts w:asciiTheme="minorHAnsi" w:hAnsiTheme="minorHAnsi"/>
      </w:rPr>
      <w:t xml:space="preserve">e-mail: </w:t>
    </w:r>
    <w:hyperlink r:id="rId1" w:history="1">
      <w:r w:rsidRPr="00B06560">
        <w:rPr>
          <w:rStyle w:val="Hyperlink"/>
          <w:rFonts w:asciiTheme="minorHAnsi" w:hAnsiTheme="minorHAnsi"/>
          <w:color w:val="auto"/>
        </w:rPr>
        <w:t>info@kitikpro.com</w:t>
      </w:r>
    </w:hyperlink>
  </w:p>
  <w:p w14:paraId="72D871E4" w14:textId="172FE646" w:rsidR="00B06560" w:rsidRPr="00B06560" w:rsidRDefault="00B06560" w:rsidP="00B06560">
    <w:pPr>
      <w:pStyle w:val="Footer"/>
      <w:jc w:val="center"/>
      <w:rPr>
        <w:rFonts w:asciiTheme="minorHAnsi" w:hAnsiTheme="minorHAnsi"/>
      </w:rPr>
    </w:pPr>
    <w:r w:rsidRPr="00B06560">
      <w:rPr>
        <w:rFonts w:asciiTheme="minorHAnsi" w:hAnsiTheme="minorHAnsi"/>
        <w:lang w:val="bg-BG"/>
      </w:rPr>
      <w:t xml:space="preserve">сайт: </w:t>
    </w:r>
    <w:hyperlink r:id="rId2" w:history="1">
      <w:r w:rsidRPr="00B06560">
        <w:rPr>
          <w:rStyle w:val="Hyperlink"/>
          <w:rFonts w:asciiTheme="minorHAnsi" w:hAnsiTheme="minorHAnsi"/>
          <w:color w:val="auto"/>
        </w:rPr>
        <w:t>www.kitikpro.com</w:t>
      </w:r>
    </w:hyperlink>
  </w:p>
  <w:p w14:paraId="4B795A78" w14:textId="77777777" w:rsidR="00B06560" w:rsidRPr="00B06560" w:rsidRDefault="00B065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17A5" w14:textId="77777777" w:rsidR="00820ACA" w:rsidRDefault="00820ACA" w:rsidP="00B06560">
      <w:pPr>
        <w:spacing w:after="0" w:line="240" w:lineRule="auto"/>
      </w:pPr>
      <w:r>
        <w:separator/>
      </w:r>
    </w:p>
  </w:footnote>
  <w:footnote w:type="continuationSeparator" w:id="0">
    <w:p w14:paraId="444A4462" w14:textId="77777777" w:rsidR="00820ACA" w:rsidRDefault="00820ACA" w:rsidP="00B0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D8BF" w14:textId="13983190" w:rsidR="00B06560" w:rsidRDefault="00B0656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0B21D7B" wp14:editId="5C21CC0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172EAE1" w14:textId="061AAFD5" w:rsidR="00B06560" w:rsidRDefault="00B06560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WWW.KITIKPRO.COM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0B21D7B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172EAE1" w14:textId="061AAFD5" w:rsidR="00B06560" w:rsidRDefault="00B06560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WWW.KITIKPRO.COM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3904"/>
    <w:rsid w:val="00820ACA"/>
    <w:rsid w:val="00AA1D8D"/>
    <w:rsid w:val="00B06560"/>
    <w:rsid w:val="00B47730"/>
    <w:rsid w:val="00CB0664"/>
    <w:rsid w:val="00E33B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402B25"/>
  <w14:defaultImageDpi w14:val="300"/>
  <w15:docId w15:val="{B22FAE16-A8EF-45ED-9006-01F8DB7E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065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itikpro.com" TargetMode="External"/><Relationship Id="rId1" Type="http://schemas.openxmlformats.org/officeDocument/2006/relationships/hyperlink" Target="mailto:info@kitik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WWW.KITIKPRO.COM</dc:title>
  <dc:subject/>
  <dc:creator>python-docx</dc:creator>
  <cp:keywords/>
  <dc:description>generated by python-docx</dc:description>
  <cp:lastModifiedBy>Tanya Kitik</cp:lastModifiedBy>
  <cp:revision>3</cp:revision>
  <cp:lastPrinted>2026-07-15T19:56:00Z</cp:lastPrinted>
  <dcterms:created xsi:type="dcterms:W3CDTF">2026-07-12T16:47:00Z</dcterms:created>
  <dcterms:modified xsi:type="dcterms:W3CDTF">2026-07-15T19:57:00Z</dcterms:modified>
  <cp:category/>
</cp:coreProperties>
</file>